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B3A" w:rsidRDefault="003F172E">
      <w:pPr>
        <w:pStyle w:val="Tytu"/>
      </w:pPr>
      <w:r>
        <w:t xml:space="preserve">Masters </w:t>
      </w:r>
      <w:r w:rsidR="006C252D">
        <w:t>&amp;</w:t>
      </w:r>
      <w:bookmarkStart w:id="0" w:name="_GoBack"/>
      <w:bookmarkEnd w:id="0"/>
      <w:r>
        <w:t xml:space="preserve"> Robots Youth 2026</w:t>
      </w:r>
    </w:p>
    <w:p w:rsidR="006B2B3A" w:rsidRDefault="003F172E">
      <w:pPr>
        <w:pStyle w:val="Podtytu"/>
      </w:pPr>
      <w:proofErr w:type="spellStart"/>
      <w:r>
        <w:t>Pakiet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 xml:space="preserve"> </w:t>
      </w:r>
      <w:proofErr w:type="spellStart"/>
      <w:r>
        <w:t>dla</w:t>
      </w:r>
      <w:proofErr w:type="spellEnd"/>
      <w:r w:rsidR="007E6578">
        <w:t xml:space="preserve"> </w:t>
      </w:r>
      <w:proofErr w:type="spellStart"/>
      <w:r w:rsidR="007E6578">
        <w:t>uczelni</w:t>
      </w:r>
      <w:proofErr w:type="spellEnd"/>
    </w:p>
    <w:p w:rsidR="00FC41C2" w:rsidRDefault="003F172E">
      <w:proofErr w:type="spellStart"/>
      <w:r>
        <w:t>Materiały</w:t>
      </w:r>
      <w:proofErr w:type="spellEnd"/>
      <w:r>
        <w:t xml:space="preserve"> do </w:t>
      </w:r>
      <w:proofErr w:type="spellStart"/>
      <w:r>
        <w:t>wykorzystania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 w:rsidR="007E6578">
        <w:t>uczelnie</w:t>
      </w:r>
      <w:proofErr w:type="spellEnd"/>
      <w:r>
        <w:t xml:space="preserve"> w </w:t>
      </w:r>
      <w:proofErr w:type="spellStart"/>
      <w:r>
        <w:t>kontaktach</w:t>
      </w:r>
      <w:proofErr w:type="spellEnd"/>
      <w:r>
        <w:t xml:space="preserve"> z </w:t>
      </w:r>
      <w:proofErr w:type="spellStart"/>
      <w:r>
        <w:t>kadrą</w:t>
      </w:r>
      <w:proofErr w:type="spellEnd"/>
      <w:r>
        <w:t xml:space="preserve"> </w:t>
      </w:r>
      <w:proofErr w:type="spellStart"/>
      <w:r w:rsidR="007E6578">
        <w:t>akademicką</w:t>
      </w:r>
      <w:proofErr w:type="spellEnd"/>
      <w:r w:rsidR="007E6578">
        <w:t xml:space="preserve">, </w:t>
      </w:r>
      <w:proofErr w:type="spellStart"/>
      <w:r w:rsidR="007E6578">
        <w:t>studentkami</w:t>
      </w:r>
      <w:proofErr w:type="spellEnd"/>
      <w:r w:rsidR="007E6578">
        <w:t xml:space="preserve"> i </w:t>
      </w:r>
      <w:proofErr w:type="spellStart"/>
      <w:r w:rsidR="007E6578">
        <w:t>studentami</w:t>
      </w:r>
      <w:proofErr w:type="spellEnd"/>
      <w:r w:rsidR="007E6578">
        <w:t>.</w:t>
      </w:r>
    </w:p>
    <w:p w:rsidR="006B2B3A" w:rsidRDefault="003F172E">
      <w:pPr>
        <w:pStyle w:val="Nagwek1"/>
      </w:pPr>
      <w:proofErr w:type="spellStart"/>
      <w:r>
        <w:t>Spis</w:t>
      </w:r>
      <w:proofErr w:type="spellEnd"/>
      <w:r>
        <w:t xml:space="preserve"> </w:t>
      </w:r>
      <w:proofErr w:type="spellStart"/>
      <w:r>
        <w:t>treści</w:t>
      </w:r>
      <w:proofErr w:type="spellEnd"/>
    </w:p>
    <w:p w:rsidR="00FC41C2" w:rsidRPr="00FC41C2" w:rsidRDefault="00FC41C2" w:rsidP="00FC41C2"/>
    <w:p w:rsidR="006B2B3A" w:rsidRDefault="007B67E7">
      <w:hyperlink w:anchor="sec0">
        <w:r w:rsidR="003F172E">
          <w:rPr>
            <w:color w:val="0563C1"/>
            <w:u w:val="single"/>
          </w:rPr>
          <w:t xml:space="preserve">1. </w:t>
        </w:r>
        <w:proofErr w:type="spellStart"/>
        <w:r w:rsidR="003F172E">
          <w:rPr>
            <w:color w:val="0563C1"/>
            <w:u w:val="single"/>
          </w:rPr>
          <w:t>Wiadomość</w:t>
        </w:r>
        <w:proofErr w:type="spellEnd"/>
        <w:r w:rsidR="003F172E">
          <w:rPr>
            <w:color w:val="0563C1"/>
            <w:u w:val="single"/>
          </w:rPr>
          <w:t xml:space="preserve"> do </w:t>
        </w:r>
        <w:proofErr w:type="spellStart"/>
        <w:r w:rsidR="007E6578">
          <w:rPr>
            <w:color w:val="0563C1"/>
            <w:u w:val="single"/>
          </w:rPr>
          <w:t>kadry</w:t>
        </w:r>
        <w:proofErr w:type="spellEnd"/>
        <w:r w:rsidR="007E6578">
          <w:rPr>
            <w:color w:val="0563C1"/>
            <w:u w:val="single"/>
          </w:rPr>
          <w:t xml:space="preserve"> </w:t>
        </w:r>
        <w:proofErr w:type="spellStart"/>
        <w:r w:rsidR="007E6578">
          <w:rPr>
            <w:color w:val="0563C1"/>
            <w:u w:val="single"/>
          </w:rPr>
          <w:t>akademickiej</w:t>
        </w:r>
        <w:proofErr w:type="spellEnd"/>
        <w:r w:rsidR="007E6578">
          <w:rPr>
            <w:color w:val="0563C1"/>
            <w:u w:val="single"/>
          </w:rPr>
          <w:t xml:space="preserve"> </w:t>
        </w:r>
      </w:hyperlink>
    </w:p>
    <w:p w:rsidR="007E6578" w:rsidRDefault="007B67E7">
      <w:pPr>
        <w:rPr>
          <w:color w:val="0563C1"/>
          <w:u w:val="single"/>
        </w:rPr>
      </w:pPr>
      <w:hyperlink w:anchor="sec1">
        <w:r w:rsidR="003F172E">
          <w:rPr>
            <w:color w:val="0563C1"/>
            <w:u w:val="single"/>
          </w:rPr>
          <w:t xml:space="preserve">2. </w:t>
        </w:r>
        <w:proofErr w:type="spellStart"/>
        <w:r w:rsidR="003F172E">
          <w:rPr>
            <w:color w:val="0563C1"/>
            <w:u w:val="single"/>
          </w:rPr>
          <w:t>Komunikat</w:t>
        </w:r>
        <w:proofErr w:type="spellEnd"/>
        <w:r w:rsidR="003F172E">
          <w:rPr>
            <w:color w:val="0563C1"/>
            <w:u w:val="single"/>
          </w:rPr>
          <w:t xml:space="preserve"> do</w:t>
        </w:r>
        <w:r w:rsidR="007E6578">
          <w:rPr>
            <w:color w:val="0563C1"/>
            <w:u w:val="single"/>
          </w:rPr>
          <w:t xml:space="preserve"> </w:t>
        </w:r>
        <w:proofErr w:type="spellStart"/>
        <w:r w:rsidR="007E6578">
          <w:rPr>
            <w:color w:val="0563C1"/>
            <w:u w:val="single"/>
          </w:rPr>
          <w:t>studentek</w:t>
        </w:r>
        <w:proofErr w:type="spellEnd"/>
        <w:r w:rsidR="007E6578">
          <w:rPr>
            <w:color w:val="0563C1"/>
            <w:u w:val="single"/>
          </w:rPr>
          <w:t xml:space="preserve"> i </w:t>
        </w:r>
        <w:proofErr w:type="spellStart"/>
        <w:r w:rsidR="007E6578">
          <w:rPr>
            <w:color w:val="0563C1"/>
            <w:u w:val="single"/>
          </w:rPr>
          <w:t>studentów</w:t>
        </w:r>
        <w:proofErr w:type="spellEnd"/>
      </w:hyperlink>
    </w:p>
    <w:p w:rsidR="006B2B3A" w:rsidRDefault="007B67E7">
      <w:hyperlink w:anchor="sec2">
        <w:r w:rsidR="003F172E">
          <w:rPr>
            <w:color w:val="0563C1"/>
            <w:u w:val="single"/>
          </w:rPr>
          <w:t xml:space="preserve">3. </w:t>
        </w:r>
        <w:proofErr w:type="spellStart"/>
        <w:r w:rsidR="003F172E">
          <w:rPr>
            <w:color w:val="0563C1"/>
            <w:u w:val="single"/>
          </w:rPr>
          <w:t>Informacja</w:t>
        </w:r>
        <w:proofErr w:type="spellEnd"/>
        <w:r w:rsidR="003F172E">
          <w:rPr>
            <w:color w:val="0563C1"/>
            <w:u w:val="single"/>
          </w:rPr>
          <w:t xml:space="preserve"> </w:t>
        </w:r>
        <w:proofErr w:type="spellStart"/>
        <w:r w:rsidR="003F172E">
          <w:rPr>
            <w:color w:val="0563C1"/>
            <w:u w:val="single"/>
          </w:rPr>
          <w:t>na</w:t>
        </w:r>
        <w:proofErr w:type="spellEnd"/>
        <w:r w:rsidR="003F172E">
          <w:rPr>
            <w:color w:val="0563C1"/>
            <w:u w:val="single"/>
          </w:rPr>
          <w:t xml:space="preserve"> </w:t>
        </w:r>
        <w:proofErr w:type="spellStart"/>
        <w:r w:rsidR="003F172E">
          <w:rPr>
            <w:color w:val="0563C1"/>
            <w:u w:val="single"/>
          </w:rPr>
          <w:t>stronę</w:t>
        </w:r>
        <w:proofErr w:type="spellEnd"/>
        <w:r w:rsidR="003F172E">
          <w:rPr>
            <w:color w:val="0563C1"/>
            <w:u w:val="single"/>
          </w:rPr>
          <w:t xml:space="preserve"> </w:t>
        </w:r>
        <w:proofErr w:type="spellStart"/>
        <w:r w:rsidR="003F172E">
          <w:rPr>
            <w:color w:val="0563C1"/>
            <w:u w:val="single"/>
          </w:rPr>
          <w:t>internetową</w:t>
        </w:r>
        <w:proofErr w:type="spellEnd"/>
        <w:r w:rsidR="003F172E">
          <w:rPr>
            <w:color w:val="0563C1"/>
            <w:u w:val="single"/>
          </w:rPr>
          <w:t xml:space="preserve"> </w:t>
        </w:r>
        <w:proofErr w:type="spellStart"/>
        <w:r w:rsidR="007E6578">
          <w:rPr>
            <w:color w:val="0563C1"/>
            <w:u w:val="single"/>
          </w:rPr>
          <w:t>uczelni</w:t>
        </w:r>
        <w:proofErr w:type="spellEnd"/>
      </w:hyperlink>
    </w:p>
    <w:p w:rsidR="006B2B3A" w:rsidRDefault="007B67E7">
      <w:hyperlink w:anchor="sec3">
        <w:r w:rsidR="003F172E">
          <w:rPr>
            <w:color w:val="0563C1"/>
            <w:u w:val="single"/>
          </w:rPr>
          <w:t xml:space="preserve">4. Post do </w:t>
        </w:r>
        <w:proofErr w:type="spellStart"/>
        <w:r w:rsidR="003F172E">
          <w:rPr>
            <w:color w:val="0563C1"/>
            <w:u w:val="single"/>
          </w:rPr>
          <w:t>mediów</w:t>
        </w:r>
        <w:proofErr w:type="spellEnd"/>
        <w:r w:rsidR="003F172E">
          <w:rPr>
            <w:color w:val="0563C1"/>
            <w:u w:val="single"/>
          </w:rPr>
          <w:t xml:space="preserve"> </w:t>
        </w:r>
        <w:proofErr w:type="spellStart"/>
        <w:r w:rsidR="003F172E">
          <w:rPr>
            <w:color w:val="0563C1"/>
            <w:u w:val="single"/>
          </w:rPr>
          <w:t>społecznościowych</w:t>
        </w:r>
        <w:proofErr w:type="spellEnd"/>
        <w:r w:rsidR="003F172E">
          <w:rPr>
            <w:color w:val="0563C1"/>
            <w:u w:val="single"/>
          </w:rPr>
          <w:t xml:space="preserve"> </w:t>
        </w:r>
        <w:proofErr w:type="spellStart"/>
        <w:r w:rsidR="007E6578">
          <w:rPr>
            <w:color w:val="0563C1"/>
            <w:u w:val="single"/>
          </w:rPr>
          <w:t>uczelni</w:t>
        </w:r>
        <w:proofErr w:type="spellEnd"/>
      </w:hyperlink>
    </w:p>
    <w:p w:rsidR="006B2B3A" w:rsidRDefault="003F172E">
      <w:r>
        <w:br w:type="page"/>
      </w:r>
    </w:p>
    <w:p w:rsidR="006B2B3A" w:rsidRDefault="003F172E">
      <w:pPr>
        <w:pStyle w:val="Nagwek1"/>
      </w:pPr>
      <w:bookmarkStart w:id="1" w:name="sec0"/>
      <w:r>
        <w:lastRenderedPageBreak/>
        <w:t xml:space="preserve">1 </w:t>
      </w:r>
      <w:proofErr w:type="spellStart"/>
      <w:r>
        <w:t>Wiadomość</w:t>
      </w:r>
      <w:proofErr w:type="spellEnd"/>
      <w:r>
        <w:t xml:space="preserve"> do </w:t>
      </w:r>
      <w:bookmarkEnd w:id="1"/>
      <w:proofErr w:type="spellStart"/>
      <w:r w:rsidR="007E6578">
        <w:t>kadry</w:t>
      </w:r>
      <w:proofErr w:type="spellEnd"/>
      <w:r w:rsidR="007E6578">
        <w:t xml:space="preserve"> </w:t>
      </w:r>
      <w:proofErr w:type="spellStart"/>
      <w:r w:rsidR="007E6578">
        <w:t>akademickiej</w:t>
      </w:r>
      <w:proofErr w:type="spellEnd"/>
    </w:p>
    <w:p w:rsidR="00FC41C2" w:rsidRPr="00FC41C2" w:rsidRDefault="00FC41C2" w:rsidP="00FC41C2"/>
    <w:p w:rsidR="006B2B3A" w:rsidRDefault="003F172E">
      <w:r>
        <w:t xml:space="preserve">Temat: Zaplanujmy wspólne oglądanie Masters &amp; Robots Youth </w:t>
      </w:r>
      <w:r w:rsidR="00FC41C2">
        <w:t>-</w:t>
      </w:r>
      <w:r>
        <w:t xml:space="preserve">23 </w:t>
      </w:r>
      <w:proofErr w:type="spellStart"/>
      <w:r>
        <w:t>października</w:t>
      </w:r>
      <w:proofErr w:type="spellEnd"/>
      <w:r>
        <w:t>, 10:00–13:00</w:t>
      </w:r>
    </w:p>
    <w:p w:rsidR="00FC41C2" w:rsidRDefault="00FC41C2"/>
    <w:p w:rsidR="007E6578" w:rsidRDefault="007E6578" w:rsidP="007E6578">
      <w:proofErr w:type="spellStart"/>
      <w:r>
        <w:t>Szanowni</w:t>
      </w:r>
      <w:proofErr w:type="spellEnd"/>
      <w:r>
        <w:t xml:space="preserve"> </w:t>
      </w:r>
      <w:proofErr w:type="spellStart"/>
      <w:r>
        <w:t>Państwo</w:t>
      </w:r>
      <w:proofErr w:type="spellEnd"/>
      <w:r>
        <w:t>,</w:t>
      </w:r>
    </w:p>
    <w:p w:rsidR="007E6578" w:rsidRPr="007E6578" w:rsidRDefault="007E6578" w:rsidP="007E6578">
      <w:pPr>
        <w:rPr>
          <w:b/>
        </w:rPr>
      </w:pPr>
      <w:proofErr w:type="spellStart"/>
      <w:r>
        <w:t>zachęcamy</w:t>
      </w:r>
      <w:proofErr w:type="spellEnd"/>
      <w:r>
        <w:t xml:space="preserve"> do </w:t>
      </w:r>
      <w:proofErr w:type="spellStart"/>
      <w:r>
        <w:t>zaplanowania</w:t>
      </w:r>
      <w:proofErr w:type="spellEnd"/>
      <w:r>
        <w:t xml:space="preserve"> </w:t>
      </w:r>
      <w:proofErr w:type="spellStart"/>
      <w:r>
        <w:t>wspólnego</w:t>
      </w:r>
      <w:proofErr w:type="spellEnd"/>
      <w:r>
        <w:t xml:space="preserve"> </w:t>
      </w:r>
      <w:proofErr w:type="spellStart"/>
      <w:r>
        <w:t>oglądania</w:t>
      </w:r>
      <w:proofErr w:type="spellEnd"/>
      <w:r>
        <w:t xml:space="preserve"> </w:t>
      </w:r>
      <w:r w:rsidRPr="007E6578">
        <w:rPr>
          <w:b/>
        </w:rPr>
        <w:t xml:space="preserve">Masters &amp; Robots Youth — </w:t>
      </w:r>
      <w:proofErr w:type="spellStart"/>
      <w:r w:rsidRPr="007E6578">
        <w:rPr>
          <w:b/>
        </w:rPr>
        <w:t>bezpłatnej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konferencji</w:t>
      </w:r>
      <w:proofErr w:type="spellEnd"/>
      <w:r w:rsidRPr="007E6578">
        <w:rPr>
          <w:b/>
        </w:rPr>
        <w:t xml:space="preserve"> online o </w:t>
      </w:r>
      <w:proofErr w:type="spellStart"/>
      <w:r w:rsidRPr="007E6578">
        <w:rPr>
          <w:b/>
        </w:rPr>
        <w:t>edukacji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karierze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kompetencjach</w:t>
      </w:r>
      <w:proofErr w:type="spellEnd"/>
      <w:r w:rsidRPr="007E6578">
        <w:rPr>
          <w:b/>
        </w:rPr>
        <w:t xml:space="preserve"> w </w:t>
      </w:r>
      <w:proofErr w:type="spellStart"/>
      <w:r w:rsidRPr="007E6578">
        <w:rPr>
          <w:b/>
        </w:rPr>
        <w:t>świecie</w:t>
      </w:r>
      <w:proofErr w:type="spellEnd"/>
      <w:r w:rsidRPr="007E6578">
        <w:rPr>
          <w:b/>
        </w:rPr>
        <w:t xml:space="preserve"> AI. </w:t>
      </w:r>
      <w:proofErr w:type="spellStart"/>
      <w:r w:rsidRPr="007E6578">
        <w:rPr>
          <w:b/>
        </w:rPr>
        <w:t>Wydarzenie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organizowane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przez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Fundację</w:t>
      </w:r>
      <w:proofErr w:type="spellEnd"/>
      <w:r w:rsidRPr="007E6578">
        <w:rPr>
          <w:b/>
        </w:rPr>
        <w:t xml:space="preserve"> Digital University </w:t>
      </w:r>
      <w:proofErr w:type="spellStart"/>
      <w:r w:rsidRPr="007E6578">
        <w:rPr>
          <w:b/>
        </w:rPr>
        <w:t>odbędzie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się</w:t>
      </w:r>
      <w:proofErr w:type="spellEnd"/>
      <w:r w:rsidRPr="007E6578">
        <w:rPr>
          <w:b/>
        </w:rPr>
        <w:t xml:space="preserve"> 23 </w:t>
      </w:r>
      <w:proofErr w:type="spellStart"/>
      <w:r w:rsidRPr="007E6578">
        <w:rPr>
          <w:b/>
        </w:rPr>
        <w:t>października</w:t>
      </w:r>
      <w:proofErr w:type="spellEnd"/>
      <w:r w:rsidRPr="007E6578">
        <w:rPr>
          <w:b/>
        </w:rPr>
        <w:t xml:space="preserve"> 2026 r., w </w:t>
      </w:r>
      <w:proofErr w:type="spellStart"/>
      <w:r w:rsidRPr="007E6578">
        <w:rPr>
          <w:b/>
        </w:rPr>
        <w:t>godz</w:t>
      </w:r>
      <w:proofErr w:type="spellEnd"/>
      <w:r w:rsidRPr="007E6578">
        <w:rPr>
          <w:b/>
        </w:rPr>
        <w:t>. 10:00–13:00.</w:t>
      </w:r>
    </w:p>
    <w:p w:rsidR="007E6578" w:rsidRPr="007E6578" w:rsidRDefault="007E6578" w:rsidP="007E6578">
      <w:pPr>
        <w:rPr>
          <w:b/>
        </w:rPr>
      </w:pPr>
      <w:proofErr w:type="spellStart"/>
      <w:r w:rsidRPr="007E6578">
        <w:rPr>
          <w:b/>
        </w:rPr>
        <w:t>Wystąpienia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pomogą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studentkom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studentom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lepiej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zrozumieć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zmiany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na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rynku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pracy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świadomie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korzystać</w:t>
      </w:r>
      <w:proofErr w:type="spellEnd"/>
      <w:r w:rsidRPr="007E6578">
        <w:rPr>
          <w:b/>
        </w:rPr>
        <w:t xml:space="preserve"> z AI, </w:t>
      </w:r>
      <w:proofErr w:type="spellStart"/>
      <w:r w:rsidRPr="007E6578">
        <w:rPr>
          <w:b/>
        </w:rPr>
        <w:t>rozpoznawać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manipulację</w:t>
      </w:r>
      <w:proofErr w:type="spellEnd"/>
      <w:r w:rsidRPr="007E6578">
        <w:rPr>
          <w:b/>
        </w:rPr>
        <w:t xml:space="preserve"> w </w:t>
      </w:r>
      <w:proofErr w:type="spellStart"/>
      <w:r w:rsidRPr="007E6578">
        <w:rPr>
          <w:b/>
        </w:rPr>
        <w:t>internecie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oraz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rozwijać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kreatywność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samodzielne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myślenie</w:t>
      </w:r>
      <w:proofErr w:type="spellEnd"/>
      <w:r w:rsidRPr="007E6578">
        <w:rPr>
          <w:b/>
        </w:rPr>
        <w:t xml:space="preserve">. </w:t>
      </w:r>
      <w:proofErr w:type="spellStart"/>
      <w:r w:rsidRPr="007E6578">
        <w:rPr>
          <w:b/>
        </w:rPr>
        <w:t>Poruszą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także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temat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presji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sukcesu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obawy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przed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porażką</w:t>
      </w:r>
      <w:proofErr w:type="spellEnd"/>
      <w:r w:rsidRPr="007E6578">
        <w:rPr>
          <w:b/>
        </w:rPr>
        <w:t>.</w:t>
      </w:r>
    </w:p>
    <w:p w:rsidR="007E6578" w:rsidRDefault="007E6578" w:rsidP="007E6578">
      <w:proofErr w:type="spellStart"/>
      <w:r>
        <w:t>Wśród</w:t>
      </w:r>
      <w:proofErr w:type="spellEnd"/>
      <w:r>
        <w:t xml:space="preserve"> </w:t>
      </w:r>
      <w:proofErr w:type="spellStart"/>
      <w:r>
        <w:t>prelegentek</w:t>
      </w:r>
      <w:proofErr w:type="spellEnd"/>
      <w:r>
        <w:t xml:space="preserve"> i </w:t>
      </w:r>
      <w:proofErr w:type="spellStart"/>
      <w:r>
        <w:t>prelegentów</w:t>
      </w:r>
      <w:proofErr w:type="spellEnd"/>
      <w:r>
        <w:t xml:space="preserve"> </w:t>
      </w:r>
      <w:proofErr w:type="spellStart"/>
      <w:r>
        <w:t>znajdą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m.in. Jowita Michalska, Vivienne Ming, Adam </w:t>
      </w:r>
      <w:proofErr w:type="spellStart"/>
      <w:r>
        <w:t>Pantanowitz</w:t>
      </w:r>
      <w:proofErr w:type="spellEnd"/>
      <w:r>
        <w:t xml:space="preserve"> i </w:t>
      </w:r>
      <w:proofErr w:type="spellStart"/>
      <w:r>
        <w:t>Supreet</w:t>
      </w:r>
      <w:proofErr w:type="spellEnd"/>
      <w:r>
        <w:t xml:space="preserve"> Singh Manchanda.</w:t>
      </w:r>
    </w:p>
    <w:p w:rsidR="007E6578" w:rsidRDefault="007E6578" w:rsidP="007E6578">
      <w:proofErr w:type="spellStart"/>
      <w:r w:rsidRPr="007E6578">
        <w:rPr>
          <w:b/>
        </w:rPr>
        <w:t>Wspólne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oglądanie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warto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połączyć</w:t>
      </w:r>
      <w:proofErr w:type="spellEnd"/>
      <w:r w:rsidRPr="007E6578">
        <w:rPr>
          <w:b/>
        </w:rPr>
        <w:t xml:space="preserve"> z </w:t>
      </w:r>
      <w:proofErr w:type="spellStart"/>
      <w:r w:rsidRPr="007E6578">
        <w:rPr>
          <w:b/>
        </w:rPr>
        <w:t>dyskusją</w:t>
      </w:r>
      <w:proofErr w:type="spellEnd"/>
      <w:r w:rsidRPr="007E6578">
        <w:rPr>
          <w:b/>
        </w:rPr>
        <w:t xml:space="preserve"> o </w:t>
      </w:r>
      <w:proofErr w:type="spellStart"/>
      <w:r w:rsidRPr="007E6578">
        <w:rPr>
          <w:b/>
        </w:rPr>
        <w:t>tym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jak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poruszane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zagadnienia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odnoszą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się</w:t>
      </w:r>
      <w:proofErr w:type="spellEnd"/>
      <w:r w:rsidRPr="007E6578">
        <w:rPr>
          <w:b/>
        </w:rPr>
        <w:t xml:space="preserve"> do </w:t>
      </w:r>
      <w:proofErr w:type="spellStart"/>
      <w:r w:rsidRPr="007E6578">
        <w:rPr>
          <w:b/>
        </w:rPr>
        <w:t>kierunku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studiów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zainteresowań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planów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zawodowych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uczestniczących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osób</w:t>
      </w:r>
      <w:proofErr w:type="spellEnd"/>
      <w:r w:rsidRPr="007E6578">
        <w:rPr>
          <w:b/>
        </w:rPr>
        <w:t>.</w:t>
      </w:r>
      <w:r>
        <w:t xml:space="preserve"> </w:t>
      </w:r>
      <w:proofErr w:type="spellStart"/>
      <w:r>
        <w:t>Transmisję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zorganizować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, </w:t>
      </w:r>
      <w:proofErr w:type="spellStart"/>
      <w:r>
        <w:t>spotkania</w:t>
      </w:r>
      <w:proofErr w:type="spellEnd"/>
      <w:r>
        <w:t xml:space="preserve"> </w:t>
      </w:r>
      <w:proofErr w:type="spellStart"/>
      <w:r>
        <w:t>koła</w:t>
      </w:r>
      <w:proofErr w:type="spellEnd"/>
      <w:r>
        <w:t xml:space="preserve"> </w:t>
      </w:r>
      <w:proofErr w:type="spellStart"/>
      <w:r>
        <w:t>naukowego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otwartego</w:t>
      </w:r>
      <w:proofErr w:type="spellEnd"/>
      <w:r>
        <w:t xml:space="preserve"> </w:t>
      </w:r>
      <w:proofErr w:type="spellStart"/>
      <w:r>
        <w:t>wydarzenia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społeczności</w:t>
      </w:r>
      <w:proofErr w:type="spellEnd"/>
      <w:r>
        <w:t xml:space="preserve"> </w:t>
      </w:r>
      <w:proofErr w:type="spellStart"/>
      <w:r>
        <w:t>akademickiej</w:t>
      </w:r>
      <w:proofErr w:type="spellEnd"/>
      <w:r>
        <w:t>.</w:t>
      </w:r>
    </w:p>
    <w:p w:rsidR="007E6578" w:rsidRDefault="007E6578" w:rsidP="007E6578">
      <w:proofErr w:type="spellStart"/>
      <w:r>
        <w:t>Potrzebne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</w:t>
      </w:r>
      <w:proofErr w:type="spellStart"/>
      <w:r>
        <w:t>internetu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projektor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ekran</w:t>
      </w:r>
      <w:proofErr w:type="spellEnd"/>
      <w:r>
        <w:t xml:space="preserve"> z </w:t>
      </w:r>
      <w:proofErr w:type="spellStart"/>
      <w:r>
        <w:t>dźwiękiem</w:t>
      </w:r>
      <w:proofErr w:type="spellEnd"/>
      <w:r>
        <w:t xml:space="preserve">. Agenda w </w:t>
      </w:r>
      <w:proofErr w:type="spellStart"/>
      <w:r>
        <w:t>załączeniu</w:t>
      </w:r>
      <w:proofErr w:type="spellEnd"/>
      <w:r>
        <w:t xml:space="preserve"> </w:t>
      </w:r>
      <w:proofErr w:type="spellStart"/>
      <w:r>
        <w:t>ułatwi</w:t>
      </w:r>
      <w:proofErr w:type="spellEnd"/>
      <w:r>
        <w:t xml:space="preserve"> </w:t>
      </w:r>
      <w:proofErr w:type="spellStart"/>
      <w:r>
        <w:t>zaplanowanie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>.</w:t>
      </w:r>
    </w:p>
    <w:p w:rsidR="007E6578" w:rsidRDefault="007E6578" w:rsidP="007E6578">
      <w:proofErr w:type="spellStart"/>
      <w:r>
        <w:t>Wystąpienia</w:t>
      </w:r>
      <w:proofErr w:type="spellEnd"/>
      <w:r>
        <w:t xml:space="preserve"> </w:t>
      </w:r>
      <w:proofErr w:type="spellStart"/>
      <w:r>
        <w:t>anglojęzyczne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tłumaczone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język</w:t>
      </w:r>
      <w:proofErr w:type="spellEnd"/>
      <w:r>
        <w:t xml:space="preserve"> </w:t>
      </w:r>
      <w:proofErr w:type="spellStart"/>
      <w:r>
        <w:t>polski</w:t>
      </w:r>
      <w:proofErr w:type="spellEnd"/>
      <w:r>
        <w:t xml:space="preserve">. </w:t>
      </w:r>
      <w:proofErr w:type="spellStart"/>
      <w:r>
        <w:t>Każda</w:t>
      </w:r>
      <w:proofErr w:type="spellEnd"/>
      <w:r>
        <w:t xml:space="preserve"> </w:t>
      </w:r>
      <w:proofErr w:type="spellStart"/>
      <w:r>
        <w:t>zarejestrowana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otrzyma</w:t>
      </w:r>
      <w:proofErr w:type="spellEnd"/>
      <w:r>
        <w:t xml:space="preserve"> </w:t>
      </w:r>
      <w:proofErr w:type="spellStart"/>
      <w:r>
        <w:t>imienny</w:t>
      </w:r>
      <w:proofErr w:type="spellEnd"/>
      <w:r>
        <w:t xml:space="preserve"> </w:t>
      </w:r>
      <w:proofErr w:type="spellStart"/>
      <w:r>
        <w:t>certyfikat</w:t>
      </w:r>
      <w:proofErr w:type="spellEnd"/>
      <w:r>
        <w:t xml:space="preserve"> </w:t>
      </w:r>
      <w:proofErr w:type="spellStart"/>
      <w:r>
        <w:t>uczestnictwa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</w:t>
      </w:r>
      <w:proofErr w:type="spellStart"/>
      <w:r>
        <w:t>nagrań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30 </w:t>
      </w:r>
      <w:proofErr w:type="spellStart"/>
      <w:r>
        <w:t>dni</w:t>
      </w:r>
      <w:proofErr w:type="spellEnd"/>
      <w:r>
        <w:t xml:space="preserve"> po </w:t>
      </w:r>
      <w:proofErr w:type="spellStart"/>
      <w:r>
        <w:t>wydarzeniu</w:t>
      </w:r>
      <w:proofErr w:type="spellEnd"/>
      <w:r>
        <w:t>.</w:t>
      </w:r>
    </w:p>
    <w:p w:rsidR="006B2B3A" w:rsidRDefault="003F172E" w:rsidP="007E6578">
      <w:r>
        <w:rPr>
          <w:b/>
        </w:rPr>
        <w:t xml:space="preserve">Program i </w:t>
      </w:r>
      <w:proofErr w:type="spellStart"/>
      <w:r>
        <w:rPr>
          <w:b/>
        </w:rPr>
        <w:t>bezpłatna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rejestracja</w:t>
      </w:r>
      <w:proofErr w:type="spellEnd"/>
      <w:r>
        <w:rPr>
          <w:b/>
        </w:rPr>
        <w:t>:</w:t>
      </w:r>
    </w:p>
    <w:p w:rsidR="006B2B3A" w:rsidRDefault="007B67E7">
      <w:hyperlink r:id="rId8">
        <w:r w:rsidR="003F172E">
          <w:rPr>
            <w:color w:val="0563C1"/>
            <w:u w:val="single"/>
          </w:rPr>
          <w:t>https://mastersandrobots.tech/pl/youth/</w:t>
        </w:r>
      </w:hyperlink>
    </w:p>
    <w:p w:rsidR="006B2B3A" w:rsidRDefault="003F172E">
      <w:r>
        <w:t>Z poważaniem</w:t>
      </w:r>
    </w:p>
    <w:p w:rsidR="006B2B3A" w:rsidRDefault="003F172E">
      <w:r>
        <w:br w:type="page"/>
      </w:r>
    </w:p>
    <w:p w:rsidR="006B2B3A" w:rsidRDefault="003F172E">
      <w:pPr>
        <w:pStyle w:val="Nagwek1"/>
      </w:pPr>
      <w:bookmarkStart w:id="2" w:name="sec1"/>
      <w:r>
        <w:lastRenderedPageBreak/>
        <w:t xml:space="preserve">2 </w:t>
      </w:r>
      <w:proofErr w:type="spellStart"/>
      <w:r>
        <w:t>Komunikat</w:t>
      </w:r>
      <w:proofErr w:type="spellEnd"/>
      <w:r>
        <w:t xml:space="preserve"> do </w:t>
      </w:r>
      <w:bookmarkEnd w:id="2"/>
      <w:proofErr w:type="spellStart"/>
      <w:r w:rsidR="007E6578">
        <w:t>studentek</w:t>
      </w:r>
      <w:proofErr w:type="spellEnd"/>
      <w:r w:rsidR="007E6578">
        <w:t xml:space="preserve"> i </w:t>
      </w:r>
      <w:proofErr w:type="spellStart"/>
      <w:r w:rsidR="007E6578">
        <w:t>studentów</w:t>
      </w:r>
      <w:proofErr w:type="spellEnd"/>
    </w:p>
    <w:p w:rsidR="00FC41C2" w:rsidRPr="00FC41C2" w:rsidRDefault="00FC41C2" w:rsidP="00FC41C2"/>
    <w:p w:rsidR="00FC41C2" w:rsidRDefault="007E6578">
      <w:pPr>
        <w:rPr>
          <w:b/>
        </w:rPr>
      </w:pPr>
      <w:proofErr w:type="spellStart"/>
      <w:r w:rsidRPr="007E6578">
        <w:rPr>
          <w:b/>
        </w:rPr>
        <w:t>Edukacja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kariera</w:t>
      </w:r>
      <w:proofErr w:type="spellEnd"/>
      <w:r w:rsidRPr="007E6578">
        <w:rPr>
          <w:b/>
        </w:rPr>
        <w:t xml:space="preserve"> w </w:t>
      </w:r>
      <w:proofErr w:type="spellStart"/>
      <w:r w:rsidRPr="007E6578">
        <w:rPr>
          <w:b/>
        </w:rPr>
        <w:t>świecie</w:t>
      </w:r>
      <w:proofErr w:type="spellEnd"/>
      <w:r w:rsidRPr="007E6578">
        <w:rPr>
          <w:b/>
        </w:rPr>
        <w:t xml:space="preserve"> AI — </w:t>
      </w:r>
      <w:proofErr w:type="spellStart"/>
      <w:r w:rsidRPr="007E6578">
        <w:rPr>
          <w:b/>
        </w:rPr>
        <w:t>zapraszamy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na</w:t>
      </w:r>
      <w:proofErr w:type="spellEnd"/>
      <w:r w:rsidRPr="007E6578">
        <w:rPr>
          <w:b/>
        </w:rPr>
        <w:t xml:space="preserve"> Masters &amp; Robots Youth</w:t>
      </w:r>
    </w:p>
    <w:p w:rsidR="007E6578" w:rsidRDefault="007E6578"/>
    <w:p w:rsidR="007E6578" w:rsidRDefault="007E6578" w:rsidP="007E6578">
      <w:proofErr w:type="spellStart"/>
      <w:r>
        <w:t>Drogie</w:t>
      </w:r>
      <w:proofErr w:type="spellEnd"/>
      <w:r>
        <w:t xml:space="preserve"> </w:t>
      </w:r>
      <w:proofErr w:type="spellStart"/>
      <w:r>
        <w:t>Studentki</w:t>
      </w:r>
      <w:proofErr w:type="spellEnd"/>
      <w:r>
        <w:t xml:space="preserve">, </w:t>
      </w:r>
      <w:proofErr w:type="spellStart"/>
      <w:r>
        <w:t>Drodzy</w:t>
      </w:r>
      <w:proofErr w:type="spellEnd"/>
      <w:r>
        <w:t xml:space="preserve"> </w:t>
      </w:r>
      <w:proofErr w:type="spellStart"/>
      <w:r>
        <w:t>Studenci</w:t>
      </w:r>
      <w:proofErr w:type="spellEnd"/>
      <w:r>
        <w:t>,</w:t>
      </w:r>
    </w:p>
    <w:p w:rsidR="007E6578" w:rsidRDefault="007E6578" w:rsidP="007E6578">
      <w:proofErr w:type="spellStart"/>
      <w:r>
        <w:t>jak</w:t>
      </w:r>
      <w:proofErr w:type="spellEnd"/>
      <w:r>
        <w:t xml:space="preserve"> </w:t>
      </w:r>
      <w:proofErr w:type="spellStart"/>
      <w:r>
        <w:t>rozwijać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przydadzą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przyszłej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? </w:t>
      </w:r>
      <w:proofErr w:type="spellStart"/>
      <w:r>
        <w:t>Jak</w:t>
      </w:r>
      <w:proofErr w:type="spellEnd"/>
      <w:r>
        <w:t xml:space="preserve"> </w:t>
      </w:r>
      <w:proofErr w:type="spellStart"/>
      <w:r>
        <w:t>korzystać</w:t>
      </w:r>
      <w:proofErr w:type="spellEnd"/>
      <w:r>
        <w:t xml:space="preserve"> z AI, </w:t>
      </w:r>
      <w:proofErr w:type="spellStart"/>
      <w:r>
        <w:t>zachowując</w:t>
      </w:r>
      <w:proofErr w:type="spellEnd"/>
      <w:r>
        <w:t xml:space="preserve"> </w:t>
      </w:r>
      <w:proofErr w:type="spellStart"/>
      <w:r>
        <w:t>samodzielność</w:t>
      </w:r>
      <w:proofErr w:type="spellEnd"/>
      <w:r>
        <w:t xml:space="preserve"> </w:t>
      </w:r>
      <w:proofErr w:type="spellStart"/>
      <w:r>
        <w:t>myślenia</w:t>
      </w:r>
      <w:proofErr w:type="spellEnd"/>
      <w:r>
        <w:t xml:space="preserve">? </w:t>
      </w:r>
      <w:proofErr w:type="spellStart"/>
      <w:r>
        <w:t>Jak</w:t>
      </w:r>
      <w:proofErr w:type="spellEnd"/>
      <w:r>
        <w:t xml:space="preserve"> </w:t>
      </w:r>
      <w:proofErr w:type="spellStart"/>
      <w:r>
        <w:t>radzić</w:t>
      </w:r>
      <w:proofErr w:type="spellEnd"/>
      <w:r>
        <w:t xml:space="preserve"> </w:t>
      </w:r>
      <w:proofErr w:type="spellStart"/>
      <w:r>
        <w:t>sobie</w:t>
      </w:r>
      <w:proofErr w:type="spellEnd"/>
      <w:r>
        <w:t xml:space="preserve"> z </w:t>
      </w:r>
      <w:proofErr w:type="spellStart"/>
      <w:r>
        <w:t>presją</w:t>
      </w:r>
      <w:proofErr w:type="spellEnd"/>
      <w:r>
        <w:t xml:space="preserve"> </w:t>
      </w:r>
      <w:proofErr w:type="spellStart"/>
      <w:r>
        <w:t>sukcesu</w:t>
      </w:r>
      <w:proofErr w:type="spellEnd"/>
      <w:r>
        <w:t xml:space="preserve"> i </w:t>
      </w:r>
      <w:proofErr w:type="spellStart"/>
      <w:r>
        <w:t>podejmować</w:t>
      </w:r>
      <w:proofErr w:type="spellEnd"/>
      <w:r>
        <w:t xml:space="preserve"> </w:t>
      </w:r>
      <w:proofErr w:type="spellStart"/>
      <w:r>
        <w:t>decyzje</w:t>
      </w:r>
      <w:proofErr w:type="spellEnd"/>
      <w:r>
        <w:t xml:space="preserve"> o </w:t>
      </w:r>
      <w:proofErr w:type="spellStart"/>
      <w:r>
        <w:t>swoim</w:t>
      </w:r>
      <w:proofErr w:type="spellEnd"/>
      <w:r>
        <w:t xml:space="preserve"> </w:t>
      </w:r>
      <w:proofErr w:type="spellStart"/>
      <w:r>
        <w:t>rozwoju</w:t>
      </w:r>
      <w:proofErr w:type="spellEnd"/>
      <w:r>
        <w:t>?</w:t>
      </w:r>
    </w:p>
    <w:p w:rsidR="007E6578" w:rsidRPr="007E6578" w:rsidRDefault="007E6578" w:rsidP="007E6578">
      <w:pPr>
        <w:rPr>
          <w:b/>
        </w:rPr>
      </w:pPr>
      <w:r w:rsidRPr="007E6578">
        <w:rPr>
          <w:b/>
        </w:rPr>
        <w:t xml:space="preserve">23 </w:t>
      </w:r>
      <w:proofErr w:type="spellStart"/>
      <w:r w:rsidRPr="007E6578">
        <w:rPr>
          <w:b/>
        </w:rPr>
        <w:t>października</w:t>
      </w:r>
      <w:proofErr w:type="spellEnd"/>
      <w:r w:rsidRPr="007E6578">
        <w:rPr>
          <w:b/>
        </w:rPr>
        <w:t xml:space="preserve"> 2026 r., w </w:t>
      </w:r>
      <w:proofErr w:type="spellStart"/>
      <w:r w:rsidRPr="007E6578">
        <w:rPr>
          <w:b/>
        </w:rPr>
        <w:t>godz</w:t>
      </w:r>
      <w:proofErr w:type="spellEnd"/>
      <w:r w:rsidRPr="007E6578">
        <w:rPr>
          <w:b/>
        </w:rPr>
        <w:t xml:space="preserve">. 10:00–13:00, </w:t>
      </w:r>
      <w:proofErr w:type="spellStart"/>
      <w:r w:rsidRPr="007E6578">
        <w:rPr>
          <w:b/>
        </w:rPr>
        <w:t>zapraszamy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na</w:t>
      </w:r>
      <w:proofErr w:type="spellEnd"/>
      <w:r w:rsidRPr="007E6578">
        <w:rPr>
          <w:b/>
        </w:rPr>
        <w:t xml:space="preserve"> Masters &amp; Robots Youth — </w:t>
      </w:r>
      <w:proofErr w:type="spellStart"/>
      <w:r w:rsidRPr="007E6578">
        <w:rPr>
          <w:b/>
        </w:rPr>
        <w:t>bezpłatną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konferencję</w:t>
      </w:r>
      <w:proofErr w:type="spellEnd"/>
      <w:r w:rsidRPr="007E6578">
        <w:rPr>
          <w:b/>
        </w:rPr>
        <w:t xml:space="preserve"> online </w:t>
      </w:r>
      <w:proofErr w:type="spellStart"/>
      <w:r w:rsidRPr="007E6578">
        <w:rPr>
          <w:b/>
        </w:rPr>
        <w:t>organizowaną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przez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Fundację</w:t>
      </w:r>
      <w:proofErr w:type="spellEnd"/>
      <w:r w:rsidRPr="007E6578">
        <w:rPr>
          <w:b/>
        </w:rPr>
        <w:t xml:space="preserve"> Digital University.</w:t>
      </w:r>
    </w:p>
    <w:p w:rsidR="007E6578" w:rsidRPr="007E6578" w:rsidRDefault="007E6578" w:rsidP="007E6578">
      <w:pPr>
        <w:rPr>
          <w:b/>
        </w:rPr>
      </w:pPr>
      <w:proofErr w:type="spellStart"/>
      <w:r w:rsidRPr="007E6578">
        <w:rPr>
          <w:b/>
        </w:rPr>
        <w:t>Wystąpienia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pomogą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lepiej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zrozumieć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zmiany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na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rynku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pracy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możliwości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dalszej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edukacji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oraz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rolę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kreatywności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krytycznego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myślenia</w:t>
      </w:r>
      <w:proofErr w:type="spellEnd"/>
      <w:r w:rsidRPr="007E6578">
        <w:rPr>
          <w:b/>
        </w:rPr>
        <w:t xml:space="preserve">. </w:t>
      </w:r>
      <w:proofErr w:type="spellStart"/>
      <w:r w:rsidRPr="007E6578">
        <w:rPr>
          <w:b/>
        </w:rPr>
        <w:t>Dowiecie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się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również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jak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rozpoznawać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deepfake’i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manipulację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niewiarygodne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porady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finansowe</w:t>
      </w:r>
      <w:proofErr w:type="spellEnd"/>
      <w:r w:rsidRPr="007E6578">
        <w:rPr>
          <w:b/>
        </w:rPr>
        <w:t xml:space="preserve"> w </w:t>
      </w:r>
      <w:proofErr w:type="spellStart"/>
      <w:r w:rsidRPr="007E6578">
        <w:rPr>
          <w:b/>
        </w:rPr>
        <w:t>internecie</w:t>
      </w:r>
      <w:proofErr w:type="spellEnd"/>
      <w:r w:rsidRPr="007E6578">
        <w:rPr>
          <w:b/>
        </w:rPr>
        <w:t>.</w:t>
      </w:r>
    </w:p>
    <w:p w:rsidR="007E6578" w:rsidRDefault="007E6578" w:rsidP="007E6578">
      <w:proofErr w:type="spellStart"/>
      <w:r>
        <w:t>Wśród</w:t>
      </w:r>
      <w:proofErr w:type="spellEnd"/>
      <w:r>
        <w:t xml:space="preserve"> </w:t>
      </w:r>
      <w:proofErr w:type="spellStart"/>
      <w:r>
        <w:t>prelegentek</w:t>
      </w:r>
      <w:proofErr w:type="spellEnd"/>
      <w:r>
        <w:t xml:space="preserve"> i </w:t>
      </w:r>
      <w:proofErr w:type="spellStart"/>
      <w:r>
        <w:t>prelegentów</w:t>
      </w:r>
      <w:proofErr w:type="spellEnd"/>
      <w:r>
        <w:t xml:space="preserve"> </w:t>
      </w:r>
      <w:proofErr w:type="spellStart"/>
      <w:r>
        <w:t>znajdą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m.in. Jowita Michalska, Vivienne Ming, Adam </w:t>
      </w:r>
      <w:proofErr w:type="spellStart"/>
      <w:r>
        <w:t>Pantanowitz</w:t>
      </w:r>
      <w:proofErr w:type="spellEnd"/>
      <w:r>
        <w:t xml:space="preserve"> i </w:t>
      </w:r>
      <w:proofErr w:type="spellStart"/>
      <w:r>
        <w:t>Supreet</w:t>
      </w:r>
      <w:proofErr w:type="spellEnd"/>
      <w:r>
        <w:t xml:space="preserve"> Singh Manchanda.</w:t>
      </w:r>
    </w:p>
    <w:p w:rsidR="007E6578" w:rsidRPr="007E6578" w:rsidRDefault="007E6578" w:rsidP="007E6578">
      <w:pPr>
        <w:rPr>
          <w:b/>
        </w:rPr>
      </w:pPr>
      <w:proofErr w:type="spellStart"/>
      <w:r w:rsidRPr="007E6578">
        <w:rPr>
          <w:b/>
        </w:rPr>
        <w:t>Zachęcamy</w:t>
      </w:r>
      <w:proofErr w:type="spellEnd"/>
      <w:r w:rsidRPr="007E6578">
        <w:rPr>
          <w:b/>
        </w:rPr>
        <w:t xml:space="preserve"> do </w:t>
      </w:r>
      <w:proofErr w:type="spellStart"/>
      <w:r w:rsidRPr="007E6578">
        <w:rPr>
          <w:b/>
        </w:rPr>
        <w:t>wspólnego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oglądania</w:t>
      </w:r>
      <w:proofErr w:type="spellEnd"/>
      <w:r w:rsidRPr="007E6578">
        <w:rPr>
          <w:b/>
        </w:rPr>
        <w:t xml:space="preserve"> — w </w:t>
      </w:r>
      <w:proofErr w:type="spellStart"/>
      <w:r w:rsidRPr="007E6578">
        <w:rPr>
          <w:b/>
        </w:rPr>
        <w:t>grupie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znajomych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podczas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zajęć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lub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spotkania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koła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naukowego</w:t>
      </w:r>
      <w:proofErr w:type="spellEnd"/>
      <w:r w:rsidRPr="007E6578">
        <w:rPr>
          <w:b/>
        </w:rPr>
        <w:t xml:space="preserve"> — i </w:t>
      </w:r>
      <w:proofErr w:type="spellStart"/>
      <w:r w:rsidRPr="007E6578">
        <w:rPr>
          <w:b/>
        </w:rPr>
        <w:t>rozmowy</w:t>
      </w:r>
      <w:proofErr w:type="spellEnd"/>
      <w:r w:rsidRPr="007E6578">
        <w:rPr>
          <w:b/>
        </w:rPr>
        <w:t xml:space="preserve"> o </w:t>
      </w:r>
      <w:proofErr w:type="spellStart"/>
      <w:r w:rsidRPr="007E6578">
        <w:rPr>
          <w:b/>
        </w:rPr>
        <w:t>tym</w:t>
      </w:r>
      <w:proofErr w:type="spellEnd"/>
      <w:r w:rsidRPr="007E6578">
        <w:rPr>
          <w:b/>
        </w:rPr>
        <w:t xml:space="preserve">, co </w:t>
      </w:r>
      <w:proofErr w:type="spellStart"/>
      <w:r w:rsidRPr="007E6578">
        <w:rPr>
          <w:b/>
        </w:rPr>
        <w:t>te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zagadnienia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oznaczają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dla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Waszych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planów</w:t>
      </w:r>
      <w:proofErr w:type="spellEnd"/>
      <w:r w:rsidRPr="007E6578">
        <w:rPr>
          <w:b/>
        </w:rPr>
        <w:t>.</w:t>
      </w:r>
    </w:p>
    <w:p w:rsidR="007E6578" w:rsidRDefault="007E6578" w:rsidP="007E6578">
      <w:proofErr w:type="spellStart"/>
      <w:r>
        <w:t>Wystąpienia</w:t>
      </w:r>
      <w:proofErr w:type="spellEnd"/>
      <w:r>
        <w:t xml:space="preserve"> </w:t>
      </w:r>
      <w:proofErr w:type="spellStart"/>
      <w:r>
        <w:t>anglojęzyczne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tłumaczone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język</w:t>
      </w:r>
      <w:proofErr w:type="spellEnd"/>
      <w:r>
        <w:t xml:space="preserve"> </w:t>
      </w:r>
      <w:proofErr w:type="spellStart"/>
      <w:r>
        <w:t>polski</w:t>
      </w:r>
      <w:proofErr w:type="spellEnd"/>
      <w:r>
        <w:t xml:space="preserve">. </w:t>
      </w:r>
      <w:proofErr w:type="spellStart"/>
      <w:r>
        <w:t>Każda</w:t>
      </w:r>
      <w:proofErr w:type="spellEnd"/>
      <w:r>
        <w:t xml:space="preserve"> </w:t>
      </w:r>
      <w:proofErr w:type="spellStart"/>
      <w:r>
        <w:t>zarejestrowana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otrzyma</w:t>
      </w:r>
      <w:proofErr w:type="spellEnd"/>
      <w:r>
        <w:t xml:space="preserve"> </w:t>
      </w:r>
      <w:proofErr w:type="spellStart"/>
      <w:r>
        <w:t>imienny</w:t>
      </w:r>
      <w:proofErr w:type="spellEnd"/>
      <w:r>
        <w:t xml:space="preserve"> </w:t>
      </w:r>
      <w:proofErr w:type="spellStart"/>
      <w:r>
        <w:t>certyfikat</w:t>
      </w:r>
      <w:proofErr w:type="spellEnd"/>
      <w:r>
        <w:t xml:space="preserve"> </w:t>
      </w:r>
      <w:proofErr w:type="spellStart"/>
      <w:r>
        <w:t>uczestnictwa</w:t>
      </w:r>
      <w:proofErr w:type="spellEnd"/>
      <w:r>
        <w:t xml:space="preserve"> i </w:t>
      </w:r>
      <w:proofErr w:type="spellStart"/>
      <w:r>
        <w:t>dostęp</w:t>
      </w:r>
      <w:proofErr w:type="spellEnd"/>
      <w:r>
        <w:t xml:space="preserve"> do </w:t>
      </w:r>
      <w:proofErr w:type="spellStart"/>
      <w:r>
        <w:t>nagrań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30 </w:t>
      </w:r>
      <w:proofErr w:type="spellStart"/>
      <w:r>
        <w:t>dni</w:t>
      </w:r>
      <w:proofErr w:type="spellEnd"/>
      <w:r>
        <w:t xml:space="preserve"> po </w:t>
      </w:r>
      <w:proofErr w:type="spellStart"/>
      <w:r>
        <w:t>wydarzeniu</w:t>
      </w:r>
      <w:proofErr w:type="spellEnd"/>
      <w:r>
        <w:t>.</w:t>
      </w:r>
    </w:p>
    <w:p w:rsidR="006B2B3A" w:rsidRDefault="007E6578" w:rsidP="007E6578">
      <w:proofErr w:type="spellStart"/>
      <w:r>
        <w:t>Zarejestrujcie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bezpłatnie</w:t>
      </w:r>
      <w:proofErr w:type="spellEnd"/>
      <w:r w:rsidR="003F172E">
        <w:t>:</w:t>
      </w:r>
    </w:p>
    <w:p w:rsidR="006B2B3A" w:rsidRDefault="007B67E7">
      <w:hyperlink r:id="rId9">
        <w:r w:rsidR="003F172E">
          <w:rPr>
            <w:color w:val="0563C1"/>
            <w:u w:val="single"/>
          </w:rPr>
          <w:t>https://mastersandrobots.tech/pl/youth/</w:t>
        </w:r>
      </w:hyperlink>
    </w:p>
    <w:p w:rsidR="006B2B3A" w:rsidRDefault="003F172E">
      <w:r>
        <w:t>Z poważaniem</w:t>
      </w:r>
    </w:p>
    <w:p w:rsidR="006B2B3A" w:rsidRDefault="003F172E">
      <w:r>
        <w:br w:type="page"/>
      </w:r>
    </w:p>
    <w:p w:rsidR="006B2B3A" w:rsidRDefault="003F172E">
      <w:pPr>
        <w:pStyle w:val="Nagwek1"/>
      </w:pPr>
      <w:bookmarkStart w:id="3" w:name="sec2"/>
      <w:r>
        <w:lastRenderedPageBreak/>
        <w:t xml:space="preserve">3 </w:t>
      </w:r>
      <w:proofErr w:type="spellStart"/>
      <w:r>
        <w:t>Informacja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stronę</w:t>
      </w:r>
      <w:proofErr w:type="spellEnd"/>
      <w:r>
        <w:t xml:space="preserve"> </w:t>
      </w:r>
      <w:proofErr w:type="spellStart"/>
      <w:r>
        <w:t>internetową</w:t>
      </w:r>
      <w:proofErr w:type="spellEnd"/>
      <w:r>
        <w:t xml:space="preserve"> </w:t>
      </w:r>
      <w:bookmarkEnd w:id="3"/>
      <w:proofErr w:type="spellStart"/>
      <w:r w:rsidR="007E6578">
        <w:t>uczelni</w:t>
      </w:r>
      <w:proofErr w:type="spellEnd"/>
    </w:p>
    <w:p w:rsidR="007A7D08" w:rsidRDefault="007A7D08" w:rsidP="007A7D08"/>
    <w:p w:rsidR="007E6578" w:rsidRPr="007E6578" w:rsidRDefault="007E6578" w:rsidP="007E6578">
      <w:pPr>
        <w:rPr>
          <w:b/>
        </w:rPr>
      </w:pPr>
      <w:proofErr w:type="spellStart"/>
      <w:r w:rsidRPr="007E6578">
        <w:rPr>
          <w:b/>
        </w:rPr>
        <w:t>Edukacja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kariera</w:t>
      </w:r>
      <w:proofErr w:type="spellEnd"/>
      <w:r w:rsidRPr="007E6578">
        <w:rPr>
          <w:b/>
        </w:rPr>
        <w:t xml:space="preserve"> w </w:t>
      </w:r>
      <w:proofErr w:type="spellStart"/>
      <w:r w:rsidRPr="007E6578">
        <w:rPr>
          <w:b/>
        </w:rPr>
        <w:t>świecie</w:t>
      </w:r>
      <w:proofErr w:type="spellEnd"/>
      <w:r w:rsidRPr="007E6578">
        <w:rPr>
          <w:b/>
        </w:rPr>
        <w:t xml:space="preserve"> AI — </w:t>
      </w:r>
      <w:proofErr w:type="spellStart"/>
      <w:r w:rsidRPr="007E6578">
        <w:rPr>
          <w:b/>
        </w:rPr>
        <w:t>zachęcamy</w:t>
      </w:r>
      <w:proofErr w:type="spellEnd"/>
      <w:r w:rsidRPr="007E6578">
        <w:rPr>
          <w:b/>
        </w:rPr>
        <w:t xml:space="preserve"> do </w:t>
      </w:r>
      <w:proofErr w:type="spellStart"/>
      <w:r w:rsidRPr="007E6578">
        <w:rPr>
          <w:b/>
        </w:rPr>
        <w:t>udziału</w:t>
      </w:r>
      <w:proofErr w:type="spellEnd"/>
      <w:r w:rsidRPr="007E6578">
        <w:rPr>
          <w:b/>
        </w:rPr>
        <w:t xml:space="preserve"> w Masters &amp; Robots Youth</w:t>
      </w:r>
    </w:p>
    <w:p w:rsidR="007E6578" w:rsidRPr="007E6578" w:rsidRDefault="007E6578" w:rsidP="007E6578">
      <w:pPr>
        <w:rPr>
          <w:b/>
        </w:rPr>
      </w:pPr>
      <w:r w:rsidRPr="007E6578">
        <w:rPr>
          <w:b/>
        </w:rPr>
        <w:t xml:space="preserve">23 </w:t>
      </w:r>
      <w:proofErr w:type="spellStart"/>
      <w:r w:rsidRPr="007E6578">
        <w:rPr>
          <w:b/>
        </w:rPr>
        <w:t>października</w:t>
      </w:r>
      <w:proofErr w:type="spellEnd"/>
      <w:r w:rsidRPr="007E6578">
        <w:rPr>
          <w:b/>
        </w:rPr>
        <w:t xml:space="preserve"> 2026 r., w </w:t>
      </w:r>
      <w:proofErr w:type="spellStart"/>
      <w:r w:rsidRPr="007E6578">
        <w:rPr>
          <w:b/>
        </w:rPr>
        <w:t>godz</w:t>
      </w:r>
      <w:proofErr w:type="spellEnd"/>
      <w:r w:rsidRPr="007E6578">
        <w:rPr>
          <w:b/>
        </w:rPr>
        <w:t xml:space="preserve">. 10:00–13:00, </w:t>
      </w:r>
      <w:proofErr w:type="spellStart"/>
      <w:r w:rsidRPr="007E6578">
        <w:rPr>
          <w:b/>
        </w:rPr>
        <w:t>odbędzie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się</w:t>
      </w:r>
      <w:proofErr w:type="spellEnd"/>
      <w:r w:rsidRPr="007E6578">
        <w:rPr>
          <w:b/>
        </w:rPr>
        <w:t xml:space="preserve"> Masters &amp; Robots Youth — </w:t>
      </w:r>
      <w:proofErr w:type="spellStart"/>
      <w:r w:rsidRPr="007E6578">
        <w:rPr>
          <w:b/>
        </w:rPr>
        <w:t>bezpłatna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konferencja</w:t>
      </w:r>
      <w:proofErr w:type="spellEnd"/>
      <w:r w:rsidRPr="007E6578">
        <w:rPr>
          <w:b/>
        </w:rPr>
        <w:t xml:space="preserve"> online </w:t>
      </w:r>
      <w:proofErr w:type="spellStart"/>
      <w:r w:rsidRPr="007E6578">
        <w:rPr>
          <w:b/>
        </w:rPr>
        <w:t>organizowana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przez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Fundację</w:t>
      </w:r>
      <w:proofErr w:type="spellEnd"/>
      <w:r w:rsidRPr="007E6578">
        <w:rPr>
          <w:b/>
        </w:rPr>
        <w:t xml:space="preserve"> Digital University. </w:t>
      </w:r>
      <w:proofErr w:type="spellStart"/>
      <w:r w:rsidRPr="007E6578">
        <w:rPr>
          <w:b/>
        </w:rPr>
        <w:t>Zachęcamy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studentki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studentów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oraz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społeczność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akademicką</w:t>
      </w:r>
      <w:proofErr w:type="spellEnd"/>
      <w:r w:rsidRPr="007E6578">
        <w:rPr>
          <w:b/>
        </w:rPr>
        <w:t xml:space="preserve"> do </w:t>
      </w:r>
      <w:proofErr w:type="spellStart"/>
      <w:r w:rsidRPr="007E6578">
        <w:rPr>
          <w:b/>
        </w:rPr>
        <w:t>udziału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wspólnego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oglądania</w:t>
      </w:r>
      <w:proofErr w:type="spellEnd"/>
      <w:r w:rsidRPr="007E6578">
        <w:rPr>
          <w:b/>
        </w:rPr>
        <w:t>.</w:t>
      </w:r>
    </w:p>
    <w:p w:rsidR="007E6578" w:rsidRPr="007E6578" w:rsidRDefault="007E6578" w:rsidP="007E6578">
      <w:proofErr w:type="spellStart"/>
      <w:r w:rsidRPr="007E6578">
        <w:rPr>
          <w:b/>
        </w:rPr>
        <w:t>Konferencja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dotyczy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świadomego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planowania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dalszej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edukacji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kariery</w:t>
      </w:r>
      <w:proofErr w:type="spellEnd"/>
      <w:r w:rsidRPr="007E6578">
        <w:rPr>
          <w:b/>
        </w:rPr>
        <w:t xml:space="preserve"> w </w:t>
      </w:r>
      <w:proofErr w:type="spellStart"/>
      <w:r w:rsidRPr="007E6578">
        <w:rPr>
          <w:b/>
        </w:rPr>
        <w:t>świecie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zmieniającym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się</w:t>
      </w:r>
      <w:proofErr w:type="spellEnd"/>
      <w:r w:rsidRPr="007E6578">
        <w:rPr>
          <w:b/>
        </w:rPr>
        <w:t xml:space="preserve"> pod </w:t>
      </w:r>
      <w:proofErr w:type="spellStart"/>
      <w:r w:rsidRPr="007E6578">
        <w:rPr>
          <w:b/>
        </w:rPr>
        <w:t>wpływem</w:t>
      </w:r>
      <w:proofErr w:type="spellEnd"/>
      <w:r w:rsidRPr="007E6578">
        <w:rPr>
          <w:b/>
        </w:rPr>
        <w:t xml:space="preserve"> AI i </w:t>
      </w:r>
      <w:proofErr w:type="spellStart"/>
      <w:r w:rsidRPr="007E6578">
        <w:rPr>
          <w:b/>
        </w:rPr>
        <w:t>nowych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technologii</w:t>
      </w:r>
      <w:proofErr w:type="spellEnd"/>
      <w:r w:rsidRPr="007E6578">
        <w:rPr>
          <w:b/>
        </w:rPr>
        <w:t xml:space="preserve">. </w:t>
      </w:r>
      <w:proofErr w:type="spellStart"/>
      <w:r w:rsidRPr="007E6578">
        <w:t>Udział</w:t>
      </w:r>
      <w:proofErr w:type="spellEnd"/>
      <w:r w:rsidRPr="007E6578">
        <w:t xml:space="preserve"> </w:t>
      </w:r>
      <w:proofErr w:type="spellStart"/>
      <w:r w:rsidRPr="007E6578">
        <w:t>będzie</w:t>
      </w:r>
      <w:proofErr w:type="spellEnd"/>
      <w:r w:rsidRPr="007E6578">
        <w:t xml:space="preserve"> </w:t>
      </w:r>
      <w:proofErr w:type="spellStart"/>
      <w:r w:rsidRPr="007E6578">
        <w:t>okazją</w:t>
      </w:r>
      <w:proofErr w:type="spellEnd"/>
      <w:r w:rsidRPr="007E6578">
        <w:t xml:space="preserve"> do </w:t>
      </w:r>
      <w:proofErr w:type="spellStart"/>
      <w:r w:rsidRPr="007E6578">
        <w:t>poszerzenia</w:t>
      </w:r>
      <w:proofErr w:type="spellEnd"/>
      <w:r w:rsidRPr="007E6578">
        <w:t xml:space="preserve"> </w:t>
      </w:r>
      <w:proofErr w:type="spellStart"/>
      <w:r w:rsidRPr="007E6578">
        <w:t>wiedzy</w:t>
      </w:r>
      <w:proofErr w:type="spellEnd"/>
      <w:r w:rsidRPr="007E6578">
        <w:t xml:space="preserve"> o </w:t>
      </w:r>
      <w:proofErr w:type="spellStart"/>
      <w:r w:rsidRPr="007E6578">
        <w:t>tym</w:t>
      </w:r>
      <w:proofErr w:type="spellEnd"/>
      <w:r w:rsidRPr="007E6578">
        <w:t>:</w:t>
      </w:r>
    </w:p>
    <w:p w:rsidR="007E6578" w:rsidRPr="007E6578" w:rsidRDefault="007E6578" w:rsidP="007E6578">
      <w:pPr>
        <w:pStyle w:val="Akapitzlist"/>
        <w:numPr>
          <w:ilvl w:val="0"/>
          <w:numId w:val="10"/>
        </w:numPr>
      </w:pPr>
      <w:proofErr w:type="spellStart"/>
      <w:r w:rsidRPr="007E6578">
        <w:t>jak</w:t>
      </w:r>
      <w:proofErr w:type="spellEnd"/>
      <w:r w:rsidRPr="007E6578">
        <w:t xml:space="preserve"> </w:t>
      </w:r>
      <w:proofErr w:type="spellStart"/>
      <w:r w:rsidRPr="007E6578">
        <w:t>korzystać</w:t>
      </w:r>
      <w:proofErr w:type="spellEnd"/>
      <w:r w:rsidRPr="007E6578">
        <w:t xml:space="preserve"> z AI z </w:t>
      </w:r>
      <w:proofErr w:type="spellStart"/>
      <w:r w:rsidRPr="007E6578">
        <w:t>zachowaniem</w:t>
      </w:r>
      <w:proofErr w:type="spellEnd"/>
      <w:r w:rsidRPr="007E6578">
        <w:t xml:space="preserve"> </w:t>
      </w:r>
      <w:proofErr w:type="spellStart"/>
      <w:r w:rsidRPr="007E6578">
        <w:t>samodzielności</w:t>
      </w:r>
      <w:proofErr w:type="spellEnd"/>
      <w:r w:rsidRPr="007E6578">
        <w:t xml:space="preserve"> </w:t>
      </w:r>
      <w:proofErr w:type="spellStart"/>
      <w:r w:rsidRPr="007E6578">
        <w:t>myślenia</w:t>
      </w:r>
      <w:proofErr w:type="spellEnd"/>
      <w:r w:rsidRPr="007E6578">
        <w:t>;</w:t>
      </w:r>
    </w:p>
    <w:p w:rsidR="007E6578" w:rsidRPr="007E6578" w:rsidRDefault="007E6578" w:rsidP="007E6578">
      <w:pPr>
        <w:pStyle w:val="Akapitzlist"/>
        <w:numPr>
          <w:ilvl w:val="0"/>
          <w:numId w:val="10"/>
        </w:numPr>
      </w:pPr>
      <w:proofErr w:type="spellStart"/>
      <w:r w:rsidRPr="007E6578">
        <w:t>jak</w:t>
      </w:r>
      <w:proofErr w:type="spellEnd"/>
      <w:r w:rsidRPr="007E6578">
        <w:t xml:space="preserve"> </w:t>
      </w:r>
      <w:proofErr w:type="spellStart"/>
      <w:r w:rsidRPr="007E6578">
        <w:t>planować</w:t>
      </w:r>
      <w:proofErr w:type="spellEnd"/>
      <w:r w:rsidRPr="007E6578">
        <w:t xml:space="preserve"> </w:t>
      </w:r>
      <w:proofErr w:type="spellStart"/>
      <w:r w:rsidRPr="007E6578">
        <w:t>rozwój</w:t>
      </w:r>
      <w:proofErr w:type="spellEnd"/>
      <w:r w:rsidRPr="007E6578">
        <w:t xml:space="preserve"> </w:t>
      </w:r>
      <w:proofErr w:type="spellStart"/>
      <w:r w:rsidRPr="007E6578">
        <w:t>zawodowy</w:t>
      </w:r>
      <w:proofErr w:type="spellEnd"/>
      <w:r w:rsidRPr="007E6578">
        <w:t xml:space="preserve"> w </w:t>
      </w:r>
      <w:proofErr w:type="spellStart"/>
      <w:r w:rsidRPr="007E6578">
        <w:t>obliczu</w:t>
      </w:r>
      <w:proofErr w:type="spellEnd"/>
      <w:r w:rsidRPr="007E6578">
        <w:t xml:space="preserve"> </w:t>
      </w:r>
      <w:proofErr w:type="spellStart"/>
      <w:r w:rsidRPr="007E6578">
        <w:t>zmian</w:t>
      </w:r>
      <w:proofErr w:type="spellEnd"/>
      <w:r w:rsidRPr="007E6578">
        <w:t xml:space="preserve"> </w:t>
      </w:r>
      <w:proofErr w:type="spellStart"/>
      <w:r w:rsidRPr="007E6578">
        <w:t>na</w:t>
      </w:r>
      <w:proofErr w:type="spellEnd"/>
      <w:r w:rsidRPr="007E6578">
        <w:t xml:space="preserve"> </w:t>
      </w:r>
      <w:proofErr w:type="spellStart"/>
      <w:r w:rsidRPr="007E6578">
        <w:t>rynku</w:t>
      </w:r>
      <w:proofErr w:type="spellEnd"/>
      <w:r w:rsidRPr="007E6578">
        <w:t xml:space="preserve"> </w:t>
      </w:r>
      <w:proofErr w:type="spellStart"/>
      <w:r w:rsidRPr="007E6578">
        <w:t>pracy</w:t>
      </w:r>
      <w:proofErr w:type="spellEnd"/>
      <w:r w:rsidRPr="007E6578">
        <w:t>;</w:t>
      </w:r>
    </w:p>
    <w:p w:rsidR="007E6578" w:rsidRPr="007E6578" w:rsidRDefault="007E6578" w:rsidP="007E6578">
      <w:pPr>
        <w:pStyle w:val="Akapitzlist"/>
        <w:numPr>
          <w:ilvl w:val="0"/>
          <w:numId w:val="10"/>
        </w:numPr>
      </w:pPr>
      <w:proofErr w:type="spellStart"/>
      <w:r w:rsidRPr="007E6578">
        <w:t>jak</w:t>
      </w:r>
      <w:proofErr w:type="spellEnd"/>
      <w:r w:rsidRPr="007E6578">
        <w:t xml:space="preserve"> </w:t>
      </w:r>
      <w:proofErr w:type="spellStart"/>
      <w:r w:rsidRPr="007E6578">
        <w:t>rozpoznawać</w:t>
      </w:r>
      <w:proofErr w:type="spellEnd"/>
      <w:r w:rsidRPr="007E6578">
        <w:t xml:space="preserve"> </w:t>
      </w:r>
      <w:proofErr w:type="spellStart"/>
      <w:r w:rsidRPr="007E6578">
        <w:t>deepfake’i</w:t>
      </w:r>
      <w:proofErr w:type="spellEnd"/>
      <w:r w:rsidRPr="007E6578">
        <w:t xml:space="preserve">, </w:t>
      </w:r>
      <w:proofErr w:type="spellStart"/>
      <w:r w:rsidRPr="007E6578">
        <w:t>manipulację</w:t>
      </w:r>
      <w:proofErr w:type="spellEnd"/>
      <w:r w:rsidRPr="007E6578">
        <w:t xml:space="preserve"> i </w:t>
      </w:r>
      <w:proofErr w:type="spellStart"/>
      <w:r w:rsidRPr="007E6578">
        <w:t>niewiarygodne</w:t>
      </w:r>
      <w:proofErr w:type="spellEnd"/>
      <w:r w:rsidRPr="007E6578">
        <w:t xml:space="preserve"> </w:t>
      </w:r>
      <w:proofErr w:type="spellStart"/>
      <w:r w:rsidRPr="007E6578">
        <w:t>porady</w:t>
      </w:r>
      <w:proofErr w:type="spellEnd"/>
      <w:r w:rsidRPr="007E6578">
        <w:t xml:space="preserve"> </w:t>
      </w:r>
      <w:proofErr w:type="spellStart"/>
      <w:r w:rsidRPr="007E6578">
        <w:t>finansowe</w:t>
      </w:r>
      <w:proofErr w:type="spellEnd"/>
      <w:r w:rsidRPr="007E6578">
        <w:t>;</w:t>
      </w:r>
    </w:p>
    <w:p w:rsidR="007E6578" w:rsidRPr="007E6578" w:rsidRDefault="007E6578" w:rsidP="007E6578">
      <w:pPr>
        <w:pStyle w:val="Akapitzlist"/>
        <w:numPr>
          <w:ilvl w:val="0"/>
          <w:numId w:val="10"/>
        </w:numPr>
      </w:pPr>
      <w:proofErr w:type="spellStart"/>
      <w:r w:rsidRPr="007E6578">
        <w:t>jak</w:t>
      </w:r>
      <w:proofErr w:type="spellEnd"/>
      <w:r w:rsidRPr="007E6578">
        <w:t xml:space="preserve"> </w:t>
      </w:r>
      <w:proofErr w:type="spellStart"/>
      <w:r w:rsidRPr="007E6578">
        <w:t>radzić</w:t>
      </w:r>
      <w:proofErr w:type="spellEnd"/>
      <w:r w:rsidRPr="007E6578">
        <w:t xml:space="preserve"> </w:t>
      </w:r>
      <w:proofErr w:type="spellStart"/>
      <w:r w:rsidRPr="007E6578">
        <w:t>sobie</w:t>
      </w:r>
      <w:proofErr w:type="spellEnd"/>
      <w:r w:rsidRPr="007E6578">
        <w:t xml:space="preserve"> z </w:t>
      </w:r>
      <w:proofErr w:type="spellStart"/>
      <w:r w:rsidRPr="007E6578">
        <w:t>presją</w:t>
      </w:r>
      <w:proofErr w:type="spellEnd"/>
      <w:r w:rsidRPr="007E6578">
        <w:t xml:space="preserve"> </w:t>
      </w:r>
      <w:proofErr w:type="spellStart"/>
      <w:r w:rsidRPr="007E6578">
        <w:t>sukcesu</w:t>
      </w:r>
      <w:proofErr w:type="spellEnd"/>
      <w:r w:rsidRPr="007E6578">
        <w:t xml:space="preserve"> i </w:t>
      </w:r>
      <w:proofErr w:type="spellStart"/>
      <w:r w:rsidRPr="007E6578">
        <w:t>obawą</w:t>
      </w:r>
      <w:proofErr w:type="spellEnd"/>
      <w:r w:rsidRPr="007E6578">
        <w:t xml:space="preserve"> </w:t>
      </w:r>
      <w:proofErr w:type="spellStart"/>
      <w:r w:rsidRPr="007E6578">
        <w:t>przed</w:t>
      </w:r>
      <w:proofErr w:type="spellEnd"/>
      <w:r w:rsidRPr="007E6578">
        <w:t xml:space="preserve"> </w:t>
      </w:r>
      <w:proofErr w:type="spellStart"/>
      <w:r w:rsidRPr="007E6578">
        <w:t>porażką</w:t>
      </w:r>
      <w:proofErr w:type="spellEnd"/>
      <w:r w:rsidRPr="007E6578">
        <w:t>;</w:t>
      </w:r>
    </w:p>
    <w:p w:rsidR="007E6578" w:rsidRPr="007E6578" w:rsidRDefault="007E6578" w:rsidP="007E6578">
      <w:pPr>
        <w:pStyle w:val="Akapitzlist"/>
        <w:numPr>
          <w:ilvl w:val="0"/>
          <w:numId w:val="10"/>
        </w:numPr>
      </w:pPr>
      <w:proofErr w:type="spellStart"/>
      <w:r w:rsidRPr="007E6578">
        <w:t>jak</w:t>
      </w:r>
      <w:proofErr w:type="spellEnd"/>
      <w:r w:rsidRPr="007E6578">
        <w:t xml:space="preserve"> </w:t>
      </w:r>
      <w:proofErr w:type="spellStart"/>
      <w:r w:rsidRPr="007E6578">
        <w:t>rozwijać</w:t>
      </w:r>
      <w:proofErr w:type="spellEnd"/>
      <w:r w:rsidRPr="007E6578">
        <w:t xml:space="preserve"> </w:t>
      </w:r>
      <w:proofErr w:type="spellStart"/>
      <w:r w:rsidRPr="007E6578">
        <w:t>kreatywność</w:t>
      </w:r>
      <w:proofErr w:type="spellEnd"/>
      <w:r w:rsidRPr="007E6578">
        <w:t xml:space="preserve"> i </w:t>
      </w:r>
      <w:proofErr w:type="spellStart"/>
      <w:r w:rsidRPr="007E6578">
        <w:t>umiejętność</w:t>
      </w:r>
      <w:proofErr w:type="spellEnd"/>
      <w:r w:rsidRPr="007E6578">
        <w:t xml:space="preserve"> </w:t>
      </w:r>
      <w:proofErr w:type="spellStart"/>
      <w:r w:rsidRPr="007E6578">
        <w:t>zadawania</w:t>
      </w:r>
      <w:proofErr w:type="spellEnd"/>
      <w:r w:rsidRPr="007E6578">
        <w:t xml:space="preserve"> </w:t>
      </w:r>
      <w:proofErr w:type="spellStart"/>
      <w:r w:rsidRPr="007E6578">
        <w:t>lepszych</w:t>
      </w:r>
      <w:proofErr w:type="spellEnd"/>
      <w:r w:rsidRPr="007E6578">
        <w:t xml:space="preserve"> </w:t>
      </w:r>
      <w:proofErr w:type="spellStart"/>
      <w:r w:rsidRPr="007E6578">
        <w:t>pytań</w:t>
      </w:r>
      <w:proofErr w:type="spellEnd"/>
      <w:r w:rsidRPr="007E6578">
        <w:t>.</w:t>
      </w:r>
    </w:p>
    <w:p w:rsidR="007E6578" w:rsidRPr="007E6578" w:rsidRDefault="007E6578" w:rsidP="007E6578">
      <w:proofErr w:type="spellStart"/>
      <w:r w:rsidRPr="007E6578">
        <w:t>Wśród</w:t>
      </w:r>
      <w:proofErr w:type="spellEnd"/>
      <w:r w:rsidRPr="007E6578">
        <w:t xml:space="preserve"> </w:t>
      </w:r>
      <w:proofErr w:type="spellStart"/>
      <w:r w:rsidRPr="007E6578">
        <w:t>prelegentek</w:t>
      </w:r>
      <w:proofErr w:type="spellEnd"/>
      <w:r w:rsidRPr="007E6578">
        <w:t xml:space="preserve"> i </w:t>
      </w:r>
      <w:proofErr w:type="spellStart"/>
      <w:r w:rsidRPr="007E6578">
        <w:t>prelegentów</w:t>
      </w:r>
      <w:proofErr w:type="spellEnd"/>
      <w:r w:rsidRPr="007E6578">
        <w:t xml:space="preserve"> </w:t>
      </w:r>
      <w:proofErr w:type="spellStart"/>
      <w:r w:rsidRPr="007E6578">
        <w:t>znajdą</w:t>
      </w:r>
      <w:proofErr w:type="spellEnd"/>
      <w:r w:rsidRPr="007E6578">
        <w:t xml:space="preserve"> </w:t>
      </w:r>
      <w:proofErr w:type="spellStart"/>
      <w:r w:rsidRPr="007E6578">
        <w:t>się</w:t>
      </w:r>
      <w:proofErr w:type="spellEnd"/>
      <w:r w:rsidRPr="007E6578">
        <w:t xml:space="preserve"> m.in. Jowita Michalska, Vivienne Ming, Adam </w:t>
      </w:r>
      <w:proofErr w:type="spellStart"/>
      <w:r w:rsidRPr="007E6578">
        <w:t>Pantanowitz</w:t>
      </w:r>
      <w:proofErr w:type="spellEnd"/>
      <w:r w:rsidRPr="007E6578">
        <w:t xml:space="preserve"> i </w:t>
      </w:r>
      <w:proofErr w:type="spellStart"/>
      <w:r w:rsidRPr="007E6578">
        <w:t>Supreet</w:t>
      </w:r>
      <w:proofErr w:type="spellEnd"/>
      <w:r w:rsidRPr="007E6578">
        <w:t xml:space="preserve"> Singh Manchanda.</w:t>
      </w:r>
    </w:p>
    <w:p w:rsidR="007E6578" w:rsidRPr="007E6578" w:rsidRDefault="007E6578" w:rsidP="007E6578">
      <w:pPr>
        <w:rPr>
          <w:b/>
        </w:rPr>
      </w:pPr>
      <w:proofErr w:type="spellStart"/>
      <w:r w:rsidRPr="007E6578">
        <w:rPr>
          <w:b/>
        </w:rPr>
        <w:t>Wspólne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oglądanie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podczas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zajęć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spotkań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kół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naukowych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czy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inicjatyw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studenckich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może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stać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się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początkiem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rozmowy</w:t>
      </w:r>
      <w:proofErr w:type="spellEnd"/>
      <w:r w:rsidRPr="007E6578">
        <w:rPr>
          <w:b/>
        </w:rPr>
        <w:t xml:space="preserve"> o </w:t>
      </w:r>
      <w:proofErr w:type="spellStart"/>
      <w:r w:rsidRPr="007E6578">
        <w:rPr>
          <w:b/>
        </w:rPr>
        <w:t>zainteresowaniach</w:t>
      </w:r>
      <w:proofErr w:type="spellEnd"/>
      <w:r w:rsidRPr="007E6578">
        <w:rPr>
          <w:b/>
        </w:rPr>
        <w:t xml:space="preserve">, </w:t>
      </w:r>
      <w:proofErr w:type="spellStart"/>
      <w:r w:rsidRPr="007E6578">
        <w:rPr>
          <w:b/>
        </w:rPr>
        <w:t>wyborach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zawodowych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możliwościach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rozwoju</w:t>
      </w:r>
      <w:proofErr w:type="spellEnd"/>
      <w:r w:rsidRPr="007E6578">
        <w:rPr>
          <w:b/>
        </w:rPr>
        <w:t>.</w:t>
      </w:r>
    </w:p>
    <w:p w:rsidR="007E6578" w:rsidRPr="007E6578" w:rsidRDefault="007E6578" w:rsidP="007E6578">
      <w:pPr>
        <w:rPr>
          <w:b/>
        </w:rPr>
      </w:pPr>
      <w:proofErr w:type="spellStart"/>
      <w:r w:rsidRPr="007E6578">
        <w:t>Wystąpienia</w:t>
      </w:r>
      <w:proofErr w:type="spellEnd"/>
      <w:r w:rsidRPr="007E6578">
        <w:t xml:space="preserve"> </w:t>
      </w:r>
      <w:proofErr w:type="spellStart"/>
      <w:r w:rsidRPr="007E6578">
        <w:t>anglojęzyczne</w:t>
      </w:r>
      <w:proofErr w:type="spellEnd"/>
      <w:r w:rsidRPr="007E6578">
        <w:t xml:space="preserve"> </w:t>
      </w:r>
      <w:proofErr w:type="spellStart"/>
      <w:r w:rsidRPr="007E6578">
        <w:t>będą</w:t>
      </w:r>
      <w:proofErr w:type="spellEnd"/>
      <w:r w:rsidRPr="007E6578">
        <w:t xml:space="preserve"> </w:t>
      </w:r>
      <w:proofErr w:type="spellStart"/>
      <w:r w:rsidRPr="007E6578">
        <w:t>tłumaczone</w:t>
      </w:r>
      <w:proofErr w:type="spellEnd"/>
      <w:r w:rsidRPr="007E6578">
        <w:t xml:space="preserve"> </w:t>
      </w:r>
      <w:proofErr w:type="spellStart"/>
      <w:r w:rsidRPr="007E6578">
        <w:t>na</w:t>
      </w:r>
      <w:proofErr w:type="spellEnd"/>
      <w:r w:rsidRPr="007E6578">
        <w:t xml:space="preserve"> </w:t>
      </w:r>
      <w:proofErr w:type="spellStart"/>
      <w:r w:rsidRPr="007E6578">
        <w:t>język</w:t>
      </w:r>
      <w:proofErr w:type="spellEnd"/>
      <w:r w:rsidRPr="007E6578">
        <w:t xml:space="preserve"> </w:t>
      </w:r>
      <w:proofErr w:type="spellStart"/>
      <w:r w:rsidRPr="007E6578">
        <w:t>polski</w:t>
      </w:r>
      <w:proofErr w:type="spellEnd"/>
      <w:r w:rsidRPr="007E6578">
        <w:t xml:space="preserve">. </w:t>
      </w:r>
      <w:proofErr w:type="spellStart"/>
      <w:r w:rsidRPr="007E6578">
        <w:t>Każda</w:t>
      </w:r>
      <w:proofErr w:type="spellEnd"/>
      <w:r w:rsidRPr="007E6578">
        <w:t xml:space="preserve"> </w:t>
      </w:r>
      <w:proofErr w:type="spellStart"/>
      <w:r w:rsidRPr="007E6578">
        <w:t>zarejestrowana</w:t>
      </w:r>
      <w:proofErr w:type="spellEnd"/>
      <w:r w:rsidRPr="007E6578">
        <w:t xml:space="preserve"> </w:t>
      </w:r>
      <w:proofErr w:type="spellStart"/>
      <w:r w:rsidRPr="007E6578">
        <w:t>osoba</w:t>
      </w:r>
      <w:proofErr w:type="spellEnd"/>
      <w:r w:rsidRPr="007E6578">
        <w:t xml:space="preserve"> </w:t>
      </w:r>
      <w:proofErr w:type="spellStart"/>
      <w:r w:rsidRPr="007E6578">
        <w:t>otrzyma</w:t>
      </w:r>
      <w:proofErr w:type="spellEnd"/>
      <w:r w:rsidRPr="007E6578">
        <w:t xml:space="preserve"> </w:t>
      </w:r>
      <w:proofErr w:type="spellStart"/>
      <w:r w:rsidRPr="007E6578">
        <w:rPr>
          <w:b/>
        </w:rPr>
        <w:t>imienny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certyfikat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uczestnictwa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oraz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dostęp</w:t>
      </w:r>
      <w:proofErr w:type="spellEnd"/>
      <w:r w:rsidRPr="007E6578">
        <w:rPr>
          <w:b/>
        </w:rPr>
        <w:t xml:space="preserve"> do </w:t>
      </w:r>
      <w:proofErr w:type="spellStart"/>
      <w:r w:rsidRPr="007E6578">
        <w:rPr>
          <w:b/>
        </w:rPr>
        <w:t>nagrań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przez</w:t>
      </w:r>
      <w:proofErr w:type="spellEnd"/>
      <w:r w:rsidRPr="007E6578">
        <w:rPr>
          <w:b/>
        </w:rPr>
        <w:t xml:space="preserve"> 30 </w:t>
      </w:r>
      <w:proofErr w:type="spellStart"/>
      <w:r w:rsidRPr="007E6578">
        <w:rPr>
          <w:b/>
        </w:rPr>
        <w:t>dni</w:t>
      </w:r>
      <w:proofErr w:type="spellEnd"/>
      <w:r w:rsidRPr="007E6578">
        <w:rPr>
          <w:b/>
        </w:rPr>
        <w:t xml:space="preserve"> po </w:t>
      </w:r>
      <w:proofErr w:type="spellStart"/>
      <w:r w:rsidRPr="007E6578">
        <w:rPr>
          <w:b/>
        </w:rPr>
        <w:t>wydarzeniu</w:t>
      </w:r>
      <w:proofErr w:type="spellEnd"/>
      <w:r w:rsidRPr="007E6578">
        <w:rPr>
          <w:b/>
        </w:rPr>
        <w:t>.</w:t>
      </w:r>
    </w:p>
    <w:p w:rsidR="007E6578" w:rsidRPr="007E6578" w:rsidRDefault="007E6578" w:rsidP="007E6578">
      <w:pPr>
        <w:rPr>
          <w:b/>
        </w:rPr>
      </w:pPr>
      <w:r w:rsidRPr="007E6578">
        <w:t xml:space="preserve">W </w:t>
      </w:r>
      <w:proofErr w:type="spellStart"/>
      <w:r w:rsidRPr="007E6578">
        <w:t>ubiegłorocznej</w:t>
      </w:r>
      <w:proofErr w:type="spellEnd"/>
      <w:r w:rsidRPr="007E6578">
        <w:t xml:space="preserve"> </w:t>
      </w:r>
      <w:proofErr w:type="spellStart"/>
      <w:r w:rsidRPr="007E6578">
        <w:t>edycji</w:t>
      </w:r>
      <w:proofErr w:type="spellEnd"/>
      <w:r w:rsidRPr="007E6578">
        <w:t xml:space="preserve"> </w:t>
      </w:r>
      <w:proofErr w:type="spellStart"/>
      <w:r w:rsidRPr="007E6578">
        <w:t>uczestniczyło</w:t>
      </w:r>
      <w:proofErr w:type="spellEnd"/>
      <w:r w:rsidRPr="007E6578">
        <w:t xml:space="preserve"> </w:t>
      </w:r>
      <w:r w:rsidRPr="007E6578">
        <w:rPr>
          <w:b/>
        </w:rPr>
        <w:t xml:space="preserve">48 228 </w:t>
      </w:r>
      <w:proofErr w:type="spellStart"/>
      <w:r w:rsidRPr="007E6578">
        <w:rPr>
          <w:b/>
        </w:rPr>
        <w:t>osób</w:t>
      </w:r>
      <w:proofErr w:type="spellEnd"/>
      <w:r w:rsidRPr="007E6578">
        <w:rPr>
          <w:b/>
        </w:rPr>
        <w:t xml:space="preserve"> z </w:t>
      </w:r>
      <w:proofErr w:type="spellStart"/>
      <w:r w:rsidRPr="007E6578">
        <w:rPr>
          <w:b/>
        </w:rPr>
        <w:t>całej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Polski</w:t>
      </w:r>
      <w:proofErr w:type="spellEnd"/>
      <w:r w:rsidRPr="007E6578">
        <w:t xml:space="preserve">. Patronat </w:t>
      </w:r>
      <w:proofErr w:type="spellStart"/>
      <w:r w:rsidRPr="007E6578">
        <w:t>honorowy</w:t>
      </w:r>
      <w:proofErr w:type="spellEnd"/>
      <w:r w:rsidRPr="007E6578">
        <w:t xml:space="preserve"> </w:t>
      </w:r>
      <w:proofErr w:type="spellStart"/>
      <w:r w:rsidRPr="007E6578">
        <w:t>nad</w:t>
      </w:r>
      <w:proofErr w:type="spellEnd"/>
      <w:r w:rsidRPr="007E6578">
        <w:t xml:space="preserve"> </w:t>
      </w:r>
      <w:proofErr w:type="spellStart"/>
      <w:r w:rsidRPr="007E6578">
        <w:t>konferencją</w:t>
      </w:r>
      <w:proofErr w:type="spellEnd"/>
      <w:r w:rsidRPr="007E6578">
        <w:t xml:space="preserve"> </w:t>
      </w:r>
      <w:proofErr w:type="spellStart"/>
      <w:r w:rsidRPr="007E6578">
        <w:t>objęli</w:t>
      </w:r>
      <w:proofErr w:type="spellEnd"/>
      <w:r w:rsidRPr="007E6578">
        <w:t xml:space="preserve"> </w:t>
      </w:r>
      <w:r w:rsidRPr="007E6578">
        <w:rPr>
          <w:b/>
        </w:rPr>
        <w:t xml:space="preserve">Minister Edukacji </w:t>
      </w:r>
      <w:proofErr w:type="spellStart"/>
      <w:r w:rsidRPr="007E6578">
        <w:rPr>
          <w:b/>
        </w:rPr>
        <w:t>oraz</w:t>
      </w:r>
      <w:proofErr w:type="spellEnd"/>
      <w:r w:rsidRPr="007E6578">
        <w:rPr>
          <w:b/>
        </w:rPr>
        <w:t xml:space="preserve"> Minister </w:t>
      </w:r>
      <w:proofErr w:type="spellStart"/>
      <w:r w:rsidRPr="007E6578">
        <w:rPr>
          <w:b/>
        </w:rPr>
        <w:t>Nauki</w:t>
      </w:r>
      <w:proofErr w:type="spellEnd"/>
      <w:r w:rsidRPr="007E6578">
        <w:rPr>
          <w:b/>
        </w:rPr>
        <w:t xml:space="preserve"> i </w:t>
      </w:r>
      <w:proofErr w:type="spellStart"/>
      <w:r w:rsidRPr="007E6578">
        <w:rPr>
          <w:b/>
        </w:rPr>
        <w:t>Szkolnictwa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Wyższego</w:t>
      </w:r>
      <w:proofErr w:type="spellEnd"/>
      <w:r w:rsidRPr="007E6578">
        <w:rPr>
          <w:b/>
        </w:rPr>
        <w:t>.</w:t>
      </w:r>
      <w:r w:rsidRPr="007E6578">
        <w:t xml:space="preserve"> </w:t>
      </w:r>
      <w:proofErr w:type="spellStart"/>
      <w:r w:rsidRPr="007E6578">
        <w:t>Partnerami</w:t>
      </w:r>
      <w:proofErr w:type="spellEnd"/>
      <w:r w:rsidRPr="007E6578">
        <w:t xml:space="preserve"> </w:t>
      </w:r>
      <w:proofErr w:type="spellStart"/>
      <w:r w:rsidRPr="007E6578">
        <w:t>strategicznymi</w:t>
      </w:r>
      <w:proofErr w:type="spellEnd"/>
      <w:r w:rsidRPr="007E6578">
        <w:t xml:space="preserve"> </w:t>
      </w:r>
      <w:proofErr w:type="spellStart"/>
      <w:r w:rsidRPr="007E6578">
        <w:t>są</w:t>
      </w:r>
      <w:proofErr w:type="spellEnd"/>
      <w:r w:rsidRPr="007E6578">
        <w:t xml:space="preserve"> </w:t>
      </w:r>
      <w:proofErr w:type="spellStart"/>
      <w:r w:rsidRPr="007E6578">
        <w:rPr>
          <w:b/>
        </w:rPr>
        <w:t>Ministerstwo</w:t>
      </w:r>
      <w:proofErr w:type="spellEnd"/>
      <w:r w:rsidRPr="007E6578">
        <w:rPr>
          <w:b/>
        </w:rPr>
        <w:t xml:space="preserve"> </w:t>
      </w:r>
      <w:proofErr w:type="spellStart"/>
      <w:r w:rsidRPr="007E6578">
        <w:rPr>
          <w:b/>
        </w:rPr>
        <w:t>Cyfryzacji</w:t>
      </w:r>
      <w:proofErr w:type="spellEnd"/>
      <w:r w:rsidRPr="007E6578">
        <w:rPr>
          <w:b/>
        </w:rPr>
        <w:t xml:space="preserve"> i BNP Paribas.</w:t>
      </w:r>
    </w:p>
    <w:p w:rsidR="006B2B3A" w:rsidRDefault="007E6578" w:rsidP="007E6578">
      <w:r>
        <w:t xml:space="preserve">Program i </w:t>
      </w:r>
      <w:proofErr w:type="spellStart"/>
      <w:r>
        <w:t>bezpłatna</w:t>
      </w:r>
      <w:proofErr w:type="spellEnd"/>
      <w:r>
        <w:t xml:space="preserve"> </w:t>
      </w:r>
      <w:proofErr w:type="spellStart"/>
      <w:r>
        <w:t>rejestracja</w:t>
      </w:r>
      <w:proofErr w:type="spellEnd"/>
      <w:r w:rsidR="003F172E">
        <w:t>:</w:t>
      </w:r>
    </w:p>
    <w:p w:rsidR="006B2B3A" w:rsidRDefault="007B67E7">
      <w:hyperlink r:id="rId10">
        <w:r w:rsidR="003F172E">
          <w:rPr>
            <w:color w:val="0563C1"/>
            <w:u w:val="single"/>
          </w:rPr>
          <w:t>https://mastersandrobots.tech/pl/youth/</w:t>
        </w:r>
      </w:hyperlink>
    </w:p>
    <w:p w:rsidR="006B2B3A" w:rsidRDefault="003F172E">
      <w:r>
        <w:br w:type="page"/>
      </w:r>
    </w:p>
    <w:p w:rsidR="006B2B3A" w:rsidRDefault="003F172E">
      <w:pPr>
        <w:pStyle w:val="Nagwek1"/>
      </w:pPr>
      <w:bookmarkStart w:id="4" w:name="sec3"/>
      <w:r>
        <w:lastRenderedPageBreak/>
        <w:t xml:space="preserve">4 Post do </w:t>
      </w:r>
      <w:proofErr w:type="spellStart"/>
      <w:r>
        <w:t>mediów</w:t>
      </w:r>
      <w:proofErr w:type="spellEnd"/>
      <w:r>
        <w:t xml:space="preserve"> </w:t>
      </w:r>
      <w:proofErr w:type="spellStart"/>
      <w:r>
        <w:t>społecznościowych</w:t>
      </w:r>
      <w:proofErr w:type="spellEnd"/>
      <w:r>
        <w:t xml:space="preserve"> </w:t>
      </w:r>
      <w:bookmarkEnd w:id="4"/>
      <w:proofErr w:type="spellStart"/>
      <w:r w:rsidR="007E6578">
        <w:t>uczelni</w:t>
      </w:r>
      <w:proofErr w:type="spellEnd"/>
    </w:p>
    <w:p w:rsidR="007A7D08" w:rsidRDefault="007A7D08" w:rsidP="007A7D08"/>
    <w:p w:rsidR="00421A2D" w:rsidRPr="00421A2D" w:rsidRDefault="00421A2D" w:rsidP="00421A2D">
      <w:proofErr w:type="spellStart"/>
      <w:r w:rsidRPr="00421A2D">
        <w:t>Zachęcamy</w:t>
      </w:r>
      <w:proofErr w:type="spellEnd"/>
      <w:r w:rsidRPr="00421A2D">
        <w:t xml:space="preserve"> do </w:t>
      </w:r>
      <w:proofErr w:type="spellStart"/>
      <w:r w:rsidRPr="00421A2D">
        <w:t>udziału</w:t>
      </w:r>
      <w:proofErr w:type="spellEnd"/>
      <w:r w:rsidRPr="00421A2D">
        <w:t xml:space="preserve"> w Masters &amp; Robots Youth — </w:t>
      </w:r>
      <w:proofErr w:type="spellStart"/>
      <w:r w:rsidRPr="00421A2D">
        <w:t>bezpłatnej</w:t>
      </w:r>
      <w:proofErr w:type="spellEnd"/>
      <w:r w:rsidRPr="00421A2D">
        <w:t xml:space="preserve"> </w:t>
      </w:r>
      <w:proofErr w:type="spellStart"/>
      <w:r w:rsidRPr="00421A2D">
        <w:t>konferencji</w:t>
      </w:r>
      <w:proofErr w:type="spellEnd"/>
      <w:r w:rsidRPr="00421A2D">
        <w:t xml:space="preserve"> online o </w:t>
      </w:r>
      <w:proofErr w:type="spellStart"/>
      <w:r w:rsidRPr="00421A2D">
        <w:t>edukacji</w:t>
      </w:r>
      <w:proofErr w:type="spellEnd"/>
      <w:r w:rsidRPr="00421A2D">
        <w:t xml:space="preserve"> i </w:t>
      </w:r>
      <w:proofErr w:type="spellStart"/>
      <w:r w:rsidRPr="00421A2D">
        <w:t>karierze</w:t>
      </w:r>
      <w:proofErr w:type="spellEnd"/>
      <w:r w:rsidRPr="00421A2D">
        <w:t xml:space="preserve"> w </w:t>
      </w:r>
      <w:proofErr w:type="spellStart"/>
      <w:r w:rsidRPr="00421A2D">
        <w:t>świecie</w:t>
      </w:r>
      <w:proofErr w:type="spellEnd"/>
      <w:r w:rsidRPr="00421A2D">
        <w:t xml:space="preserve"> AI, </w:t>
      </w:r>
      <w:proofErr w:type="spellStart"/>
      <w:r w:rsidRPr="00421A2D">
        <w:t>organizowanej</w:t>
      </w:r>
      <w:proofErr w:type="spellEnd"/>
      <w:r w:rsidRPr="00421A2D">
        <w:t xml:space="preserve"> </w:t>
      </w:r>
      <w:proofErr w:type="spellStart"/>
      <w:r w:rsidRPr="00421A2D">
        <w:t>przez</w:t>
      </w:r>
      <w:proofErr w:type="spellEnd"/>
      <w:r w:rsidRPr="00421A2D">
        <w:t xml:space="preserve"> </w:t>
      </w:r>
      <w:proofErr w:type="spellStart"/>
      <w:r w:rsidRPr="00421A2D">
        <w:t>Fundację</w:t>
      </w:r>
      <w:proofErr w:type="spellEnd"/>
      <w:r w:rsidRPr="00421A2D">
        <w:t xml:space="preserve"> Digital University.</w:t>
      </w:r>
    </w:p>
    <w:p w:rsidR="00421A2D" w:rsidRPr="00421A2D" w:rsidRDefault="00421A2D" w:rsidP="00421A2D">
      <w:proofErr w:type="spellStart"/>
      <w:r w:rsidRPr="00421A2D">
        <w:t>Porozmawiamy</w:t>
      </w:r>
      <w:proofErr w:type="spellEnd"/>
      <w:r w:rsidRPr="00421A2D">
        <w:t xml:space="preserve"> o </w:t>
      </w:r>
      <w:proofErr w:type="spellStart"/>
      <w:r w:rsidRPr="00421A2D">
        <w:t>planowaniu</w:t>
      </w:r>
      <w:proofErr w:type="spellEnd"/>
      <w:r w:rsidRPr="00421A2D">
        <w:t xml:space="preserve"> </w:t>
      </w:r>
      <w:proofErr w:type="spellStart"/>
      <w:r w:rsidRPr="00421A2D">
        <w:t>rozwoju</w:t>
      </w:r>
      <w:proofErr w:type="spellEnd"/>
      <w:r w:rsidRPr="00421A2D">
        <w:t xml:space="preserve"> </w:t>
      </w:r>
      <w:proofErr w:type="spellStart"/>
      <w:r w:rsidRPr="00421A2D">
        <w:t>zawodowego</w:t>
      </w:r>
      <w:proofErr w:type="spellEnd"/>
      <w:r w:rsidRPr="00421A2D">
        <w:t xml:space="preserve">, </w:t>
      </w:r>
      <w:proofErr w:type="spellStart"/>
      <w:r w:rsidRPr="00421A2D">
        <w:t>korzystaniu</w:t>
      </w:r>
      <w:proofErr w:type="spellEnd"/>
      <w:r w:rsidRPr="00421A2D">
        <w:t xml:space="preserve"> z AI z </w:t>
      </w:r>
      <w:proofErr w:type="spellStart"/>
      <w:r w:rsidRPr="00421A2D">
        <w:t>zachowaniem</w:t>
      </w:r>
      <w:proofErr w:type="spellEnd"/>
      <w:r w:rsidRPr="00421A2D">
        <w:t xml:space="preserve"> </w:t>
      </w:r>
      <w:proofErr w:type="spellStart"/>
      <w:r w:rsidRPr="00421A2D">
        <w:t>samodzielnego</w:t>
      </w:r>
      <w:proofErr w:type="spellEnd"/>
      <w:r w:rsidRPr="00421A2D">
        <w:t xml:space="preserve"> </w:t>
      </w:r>
      <w:proofErr w:type="spellStart"/>
      <w:r w:rsidRPr="00421A2D">
        <w:t>myślenia</w:t>
      </w:r>
      <w:proofErr w:type="spellEnd"/>
      <w:r w:rsidRPr="00421A2D">
        <w:t xml:space="preserve"> i </w:t>
      </w:r>
      <w:proofErr w:type="spellStart"/>
      <w:r w:rsidRPr="00421A2D">
        <w:t>rozwijaniu</w:t>
      </w:r>
      <w:proofErr w:type="spellEnd"/>
      <w:r w:rsidRPr="00421A2D">
        <w:t xml:space="preserve"> </w:t>
      </w:r>
      <w:proofErr w:type="spellStart"/>
      <w:r w:rsidRPr="00421A2D">
        <w:t>kreatywności</w:t>
      </w:r>
      <w:proofErr w:type="spellEnd"/>
      <w:r w:rsidRPr="00421A2D">
        <w:t xml:space="preserve">. </w:t>
      </w:r>
      <w:proofErr w:type="spellStart"/>
      <w:r w:rsidRPr="00421A2D">
        <w:t>Wśród</w:t>
      </w:r>
      <w:proofErr w:type="spellEnd"/>
      <w:r w:rsidRPr="00421A2D">
        <w:t xml:space="preserve"> </w:t>
      </w:r>
      <w:proofErr w:type="spellStart"/>
      <w:r w:rsidRPr="00421A2D">
        <w:t>prelegentek</w:t>
      </w:r>
      <w:proofErr w:type="spellEnd"/>
      <w:r w:rsidRPr="00421A2D">
        <w:t xml:space="preserve"> i </w:t>
      </w:r>
      <w:proofErr w:type="spellStart"/>
      <w:r w:rsidRPr="00421A2D">
        <w:t>prelegentów</w:t>
      </w:r>
      <w:proofErr w:type="spellEnd"/>
      <w:r w:rsidRPr="00421A2D">
        <w:t xml:space="preserve"> </w:t>
      </w:r>
      <w:proofErr w:type="spellStart"/>
      <w:r w:rsidRPr="00421A2D">
        <w:t>znajdą</w:t>
      </w:r>
      <w:proofErr w:type="spellEnd"/>
      <w:r w:rsidRPr="00421A2D">
        <w:t xml:space="preserve"> </w:t>
      </w:r>
      <w:proofErr w:type="spellStart"/>
      <w:r w:rsidRPr="00421A2D">
        <w:t>się</w:t>
      </w:r>
      <w:proofErr w:type="spellEnd"/>
      <w:r w:rsidRPr="00421A2D">
        <w:t xml:space="preserve"> m.in. Jowita Michalska, Vivienne Ming, Adam </w:t>
      </w:r>
      <w:proofErr w:type="spellStart"/>
      <w:r w:rsidRPr="00421A2D">
        <w:t>Pantanowitz</w:t>
      </w:r>
      <w:proofErr w:type="spellEnd"/>
      <w:r w:rsidRPr="00421A2D">
        <w:t xml:space="preserve"> i </w:t>
      </w:r>
      <w:proofErr w:type="spellStart"/>
      <w:r w:rsidRPr="00421A2D">
        <w:t>Supreet</w:t>
      </w:r>
      <w:proofErr w:type="spellEnd"/>
      <w:r w:rsidRPr="00421A2D">
        <w:t xml:space="preserve"> Singh Manchanda.</w:t>
      </w:r>
    </w:p>
    <w:p w:rsidR="00421A2D" w:rsidRPr="00421A2D" w:rsidRDefault="00421A2D" w:rsidP="00421A2D">
      <w:proofErr w:type="spellStart"/>
      <w:r w:rsidRPr="00421A2D">
        <w:t>Obejrzyjmy</w:t>
      </w:r>
      <w:proofErr w:type="spellEnd"/>
      <w:r w:rsidRPr="00421A2D">
        <w:t xml:space="preserve"> </w:t>
      </w:r>
      <w:proofErr w:type="spellStart"/>
      <w:r w:rsidRPr="00421A2D">
        <w:t>konferencję</w:t>
      </w:r>
      <w:proofErr w:type="spellEnd"/>
      <w:r w:rsidRPr="00421A2D">
        <w:t xml:space="preserve"> </w:t>
      </w:r>
      <w:proofErr w:type="spellStart"/>
      <w:r w:rsidRPr="00421A2D">
        <w:t>wspólnie</w:t>
      </w:r>
      <w:proofErr w:type="spellEnd"/>
      <w:r w:rsidRPr="00421A2D">
        <w:t xml:space="preserve"> — </w:t>
      </w:r>
      <w:proofErr w:type="spellStart"/>
      <w:r w:rsidRPr="00421A2D">
        <w:t>podczas</w:t>
      </w:r>
      <w:proofErr w:type="spellEnd"/>
      <w:r w:rsidRPr="00421A2D">
        <w:t xml:space="preserve"> </w:t>
      </w:r>
      <w:proofErr w:type="spellStart"/>
      <w:r w:rsidRPr="00421A2D">
        <w:t>zajęć</w:t>
      </w:r>
      <w:proofErr w:type="spellEnd"/>
      <w:r w:rsidRPr="00421A2D">
        <w:t xml:space="preserve">, </w:t>
      </w:r>
      <w:proofErr w:type="spellStart"/>
      <w:r w:rsidRPr="00421A2D">
        <w:t>spotkania</w:t>
      </w:r>
      <w:proofErr w:type="spellEnd"/>
      <w:r w:rsidRPr="00421A2D">
        <w:t xml:space="preserve"> </w:t>
      </w:r>
      <w:proofErr w:type="spellStart"/>
      <w:r w:rsidRPr="00421A2D">
        <w:t>koła</w:t>
      </w:r>
      <w:proofErr w:type="spellEnd"/>
      <w:r w:rsidRPr="00421A2D">
        <w:t xml:space="preserve"> </w:t>
      </w:r>
      <w:proofErr w:type="spellStart"/>
      <w:r w:rsidRPr="00421A2D">
        <w:t>naukowego</w:t>
      </w:r>
      <w:proofErr w:type="spellEnd"/>
      <w:r w:rsidRPr="00421A2D">
        <w:t xml:space="preserve"> </w:t>
      </w:r>
      <w:proofErr w:type="spellStart"/>
      <w:r w:rsidRPr="00421A2D">
        <w:t>lub</w:t>
      </w:r>
      <w:proofErr w:type="spellEnd"/>
      <w:r w:rsidRPr="00421A2D">
        <w:t xml:space="preserve"> w </w:t>
      </w:r>
      <w:proofErr w:type="spellStart"/>
      <w:r w:rsidRPr="00421A2D">
        <w:t>gronie</w:t>
      </w:r>
      <w:proofErr w:type="spellEnd"/>
      <w:r w:rsidRPr="00421A2D">
        <w:t xml:space="preserve"> </w:t>
      </w:r>
      <w:proofErr w:type="spellStart"/>
      <w:r w:rsidRPr="00421A2D">
        <w:t>znajomych</w:t>
      </w:r>
      <w:proofErr w:type="spellEnd"/>
      <w:r w:rsidRPr="00421A2D">
        <w:t xml:space="preserve"> — i </w:t>
      </w:r>
      <w:proofErr w:type="spellStart"/>
      <w:r w:rsidRPr="00421A2D">
        <w:t>porozmawiajmy</w:t>
      </w:r>
      <w:proofErr w:type="spellEnd"/>
      <w:r w:rsidRPr="00421A2D">
        <w:t xml:space="preserve"> o </w:t>
      </w:r>
      <w:proofErr w:type="spellStart"/>
      <w:r w:rsidRPr="00421A2D">
        <w:t>naszych</w:t>
      </w:r>
      <w:proofErr w:type="spellEnd"/>
      <w:r w:rsidRPr="00421A2D">
        <w:t xml:space="preserve"> </w:t>
      </w:r>
      <w:proofErr w:type="spellStart"/>
      <w:r w:rsidRPr="00421A2D">
        <w:t>planach</w:t>
      </w:r>
      <w:proofErr w:type="spellEnd"/>
      <w:r w:rsidRPr="00421A2D">
        <w:t xml:space="preserve"> i </w:t>
      </w:r>
      <w:proofErr w:type="spellStart"/>
      <w:r w:rsidRPr="00421A2D">
        <w:t>możliwościach</w:t>
      </w:r>
      <w:proofErr w:type="spellEnd"/>
      <w:r w:rsidRPr="00421A2D">
        <w:t>.</w:t>
      </w:r>
    </w:p>
    <w:p w:rsidR="00421A2D" w:rsidRPr="00421A2D" w:rsidRDefault="00421A2D" w:rsidP="00421A2D">
      <w:r w:rsidRPr="00421A2D">
        <w:t xml:space="preserve">23.10.2026 | 10:00–13:00 | Online | </w:t>
      </w:r>
      <w:proofErr w:type="spellStart"/>
      <w:r w:rsidRPr="00421A2D">
        <w:t>Bezpłatnie</w:t>
      </w:r>
      <w:proofErr w:type="spellEnd"/>
    </w:p>
    <w:p w:rsidR="006B2B3A" w:rsidRDefault="003F172E" w:rsidP="00421A2D">
      <w:pPr>
        <w:rPr>
          <w:color w:val="0563C1"/>
          <w:u w:val="single"/>
        </w:rPr>
      </w:pPr>
      <w:r>
        <w:t xml:space="preserve">Program: </w:t>
      </w:r>
      <w:hyperlink r:id="rId11">
        <w:r>
          <w:rPr>
            <w:color w:val="0563C1"/>
            <w:u w:val="single"/>
          </w:rPr>
          <w:t>https://mastersandrobots.tech/pl/youth/</w:t>
        </w:r>
      </w:hyperlink>
    </w:p>
    <w:p w:rsidR="00FC41C2" w:rsidRDefault="00FC41C2"/>
    <w:p w:rsidR="00FC41C2" w:rsidRDefault="00FC41C2" w:rsidP="00FC41C2">
      <w:pPr>
        <w:spacing w:before="240" w:after="240"/>
      </w:pPr>
      <w:proofErr w:type="spellStart"/>
      <w:r>
        <w:rPr>
          <w:rFonts w:ascii="Aptos" w:eastAsia="Aptos" w:hAnsi="Aptos" w:cs="Aptos"/>
          <w:b/>
          <w:bCs/>
        </w:rPr>
        <w:t>Oznaczenia</w:t>
      </w:r>
      <w:proofErr w:type="spellEnd"/>
      <w:r w:rsidRPr="0C10AB1A">
        <w:rPr>
          <w:rFonts w:ascii="Aptos" w:eastAsia="Aptos" w:hAnsi="Aptos" w:cs="Aptos"/>
          <w:b/>
          <w:bCs/>
          <w:sz w:val="24"/>
          <w:szCs w:val="24"/>
          <w:lang w:val="pl-PL"/>
        </w:rPr>
        <w:t xml:space="preserve"> </w:t>
      </w:r>
      <w:proofErr w:type="spellStart"/>
      <w:r w:rsidRPr="00FC41C2">
        <w:rPr>
          <w:rFonts w:ascii="Aptos" w:eastAsia="Aptos" w:hAnsi="Aptos" w:cs="Aptos"/>
          <w:b/>
          <w:bCs/>
        </w:rPr>
        <w:t>Fundacji</w:t>
      </w:r>
      <w:proofErr w:type="spellEnd"/>
      <w:r w:rsidRPr="00FC41C2">
        <w:rPr>
          <w:rFonts w:ascii="Aptos" w:eastAsia="Aptos" w:hAnsi="Aptos" w:cs="Aptos"/>
          <w:b/>
          <w:bCs/>
        </w:rPr>
        <w:t xml:space="preserve"> Digital University</w:t>
      </w:r>
      <w:r>
        <w:rPr>
          <w:rFonts w:ascii="Aptos" w:eastAsia="Aptos" w:hAnsi="Aptos" w:cs="Aptos"/>
          <w:b/>
          <w:bCs/>
        </w:rPr>
        <w:t>:</w:t>
      </w:r>
    </w:p>
    <w:p w:rsidR="00FC41C2" w:rsidRDefault="00FC41C2" w:rsidP="00FC41C2">
      <w:pPr>
        <w:spacing w:before="240" w:after="240"/>
        <w:rPr>
          <w:rFonts w:ascii="Aptos" w:eastAsia="Aptos" w:hAnsi="Aptos" w:cs="Aptos"/>
        </w:rPr>
      </w:pPr>
      <w:r w:rsidRPr="0C10AB1A">
        <w:rPr>
          <w:rFonts w:ascii="Aptos" w:eastAsia="Aptos" w:hAnsi="Aptos" w:cs="Aptos"/>
          <w:sz w:val="24"/>
          <w:szCs w:val="24"/>
          <w:lang w:val="pl-PL"/>
        </w:rPr>
        <w:t xml:space="preserve">FB </w:t>
      </w:r>
      <w:hyperlink r:id="rId12">
        <w:r w:rsidRPr="0C10AB1A">
          <w:rPr>
            <w:rStyle w:val="Hipercze"/>
            <w:lang w:val="pl-PL"/>
          </w:rPr>
          <w:t>https://www.facebook.com/fundacjadigitaluniversity</w:t>
        </w:r>
      </w:hyperlink>
      <w:r w:rsidRPr="0C10AB1A">
        <w:rPr>
          <w:rFonts w:ascii="Aptos" w:eastAsia="Aptos" w:hAnsi="Aptos" w:cs="Aptos"/>
          <w:sz w:val="24"/>
          <w:szCs w:val="24"/>
          <w:lang w:val="pl-PL"/>
        </w:rPr>
        <w:t xml:space="preserve"> </w:t>
      </w:r>
    </w:p>
    <w:p w:rsidR="00FC41C2" w:rsidRDefault="00FC41C2" w:rsidP="00FC41C2">
      <w:pPr>
        <w:spacing w:before="240" w:after="240"/>
        <w:rPr>
          <w:rFonts w:ascii="Aptos" w:eastAsia="Aptos" w:hAnsi="Aptos" w:cs="Aptos"/>
        </w:rPr>
      </w:pPr>
      <w:r w:rsidRPr="0C10AB1A">
        <w:rPr>
          <w:rFonts w:ascii="Aptos" w:eastAsia="Aptos" w:hAnsi="Aptos" w:cs="Aptos"/>
          <w:sz w:val="24"/>
          <w:szCs w:val="24"/>
          <w:lang w:val="pl-PL"/>
        </w:rPr>
        <w:t xml:space="preserve">IG </w:t>
      </w:r>
      <w:hyperlink r:id="rId13">
        <w:r w:rsidRPr="0C10AB1A">
          <w:rPr>
            <w:rStyle w:val="Hipercze"/>
            <w:lang w:val="pl-PL"/>
          </w:rPr>
          <w:t>https://www.instagram.com/fundacjadigitaluniversity/</w:t>
        </w:r>
      </w:hyperlink>
      <w:r w:rsidRPr="0C10AB1A">
        <w:rPr>
          <w:rFonts w:ascii="Aptos" w:eastAsia="Aptos" w:hAnsi="Aptos" w:cs="Aptos"/>
          <w:sz w:val="24"/>
          <w:szCs w:val="24"/>
          <w:lang w:val="pl-PL"/>
        </w:rPr>
        <w:t xml:space="preserve"> </w:t>
      </w:r>
    </w:p>
    <w:p w:rsidR="00FC41C2" w:rsidRDefault="00FC41C2" w:rsidP="00FC41C2">
      <w:pPr>
        <w:spacing w:before="240" w:after="240"/>
        <w:rPr>
          <w:rFonts w:ascii="Aptos" w:eastAsia="Aptos" w:hAnsi="Aptos" w:cs="Aptos"/>
        </w:rPr>
      </w:pPr>
      <w:r w:rsidRPr="0C10AB1A">
        <w:rPr>
          <w:rFonts w:ascii="Aptos" w:eastAsia="Aptos" w:hAnsi="Aptos" w:cs="Aptos"/>
          <w:sz w:val="24"/>
          <w:szCs w:val="24"/>
          <w:lang w:val="pl-PL"/>
        </w:rPr>
        <w:t xml:space="preserve">LinkedIn </w:t>
      </w:r>
      <w:hyperlink r:id="rId14">
        <w:r w:rsidRPr="0C10AB1A">
          <w:rPr>
            <w:rStyle w:val="Hipercze"/>
            <w:lang w:val="pl-PL"/>
          </w:rPr>
          <w:t>https://www.linkedin.com/company/fundacja-digital-university</w:t>
        </w:r>
      </w:hyperlink>
      <w:r w:rsidRPr="0C10AB1A">
        <w:rPr>
          <w:rFonts w:ascii="Aptos" w:eastAsia="Aptos" w:hAnsi="Aptos" w:cs="Aptos"/>
          <w:sz w:val="24"/>
          <w:szCs w:val="24"/>
          <w:lang w:val="pl-PL"/>
        </w:rPr>
        <w:t xml:space="preserve"> </w:t>
      </w:r>
    </w:p>
    <w:p w:rsidR="00FC41C2" w:rsidRDefault="00FC41C2"/>
    <w:sectPr w:rsidR="00FC41C2" w:rsidSect="00034616">
      <w:footerReference w:type="default" r:id="rId15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7E7" w:rsidRDefault="007B67E7">
      <w:pPr>
        <w:spacing w:after="0" w:line="240" w:lineRule="auto"/>
      </w:pPr>
      <w:r>
        <w:separator/>
      </w:r>
    </w:p>
  </w:endnote>
  <w:endnote w:type="continuationSeparator" w:id="0">
    <w:p w:rsidR="007B67E7" w:rsidRDefault="007B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B3A" w:rsidRDefault="003F172E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FC41C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7E7" w:rsidRDefault="007B67E7">
      <w:pPr>
        <w:spacing w:after="0" w:line="240" w:lineRule="auto"/>
      </w:pPr>
      <w:r>
        <w:separator/>
      </w:r>
    </w:p>
  </w:footnote>
  <w:footnote w:type="continuationSeparator" w:id="0">
    <w:p w:rsidR="007B67E7" w:rsidRDefault="007B6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AB01D3"/>
    <w:multiLevelType w:val="hybridMultilevel"/>
    <w:tmpl w:val="53D6C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883"/>
    <w:rsid w:val="0029639D"/>
    <w:rsid w:val="00326F90"/>
    <w:rsid w:val="003F172E"/>
    <w:rsid w:val="00421A2D"/>
    <w:rsid w:val="0067284B"/>
    <w:rsid w:val="006B2B3A"/>
    <w:rsid w:val="006C252D"/>
    <w:rsid w:val="007A7D08"/>
    <w:rsid w:val="007B67E7"/>
    <w:rsid w:val="007E6578"/>
    <w:rsid w:val="00841CCA"/>
    <w:rsid w:val="008E549B"/>
    <w:rsid w:val="00AA1D8D"/>
    <w:rsid w:val="00B47730"/>
    <w:rsid w:val="00CB0664"/>
    <w:rsid w:val="00FC41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A8881F"/>
  <w14:defaultImageDpi w14:val="300"/>
  <w15:docId w15:val="{6F8352EA-0655-4368-8EF9-471A28791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20" w:line="250" w:lineRule="auto"/>
    </w:pPr>
    <w:rPr>
      <w:rFonts w:ascii="Calibri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FC41C2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C41C2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7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8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stersandrobots.tech/pl/youth/" TargetMode="External"/><Relationship Id="rId13" Type="http://schemas.openxmlformats.org/officeDocument/2006/relationships/hyperlink" Target="https://www.instagram.com/fundacjadigitaluniversit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fundacjadigitaluniversit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stersandrobots.tech/pl/youth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astersandrobots.tech/pl/yout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stersandrobots.tech/pl/youth/" TargetMode="External"/><Relationship Id="rId14" Type="http://schemas.openxmlformats.org/officeDocument/2006/relationships/hyperlink" Target="https://www.linkedin.com/company/fundacja-digital-univers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7FE2DC-77BC-41ED-A390-04ED46B17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895</Words>
  <Characters>5372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Perzanowska</cp:lastModifiedBy>
  <cp:revision>11</cp:revision>
  <dcterms:created xsi:type="dcterms:W3CDTF">2013-12-23T23:15:00Z</dcterms:created>
  <dcterms:modified xsi:type="dcterms:W3CDTF">2026-10-11T20:08:00Z</dcterms:modified>
  <cp:category/>
</cp:coreProperties>
</file>